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2837" w14:textId="11C4F864" w:rsidR="00D51B12" w:rsidRDefault="0008123F">
      <w:pPr>
        <w:pStyle w:val="Titel"/>
      </w:pPr>
      <w:r>
        <w:rPr>
          <w:noProof/>
          <w:lang w:val="nl-NL"/>
        </w:rPr>
        <w:drawing>
          <wp:anchor distT="0" distB="0" distL="114300" distR="114300" simplePos="0" relativeHeight="251656192" behindDoc="1" locked="0" layoutInCell="1" allowOverlap="1" wp14:anchorId="363FDDBF" wp14:editId="6FAED42F">
            <wp:simplePos x="0" y="0"/>
            <wp:positionH relativeFrom="column">
              <wp:posOffset>1767840</wp:posOffset>
            </wp:positionH>
            <wp:positionV relativeFrom="paragraph">
              <wp:posOffset>0</wp:posOffset>
            </wp:positionV>
            <wp:extent cx="2659380" cy="1329690"/>
            <wp:effectExtent l="0" t="0" r="7620" b="3810"/>
            <wp:wrapNone/>
            <wp:docPr id="16349337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33716" name="Afbeelding 1634933716"/>
                    <pic:cNvPicPr/>
                  </pic:nvPicPr>
                  <pic:blipFill>
                    <a:blip r:embed="rId8"/>
                    <a:stretch>
                      <a:fillRect/>
                    </a:stretch>
                  </pic:blipFill>
                  <pic:spPr>
                    <a:xfrm>
                      <a:off x="0" y="0"/>
                      <a:ext cx="2659380" cy="1329690"/>
                    </a:xfrm>
                    <a:prstGeom prst="rect">
                      <a:avLst/>
                    </a:prstGeom>
                  </pic:spPr>
                </pic:pic>
              </a:graphicData>
            </a:graphic>
            <wp14:sizeRelH relativeFrom="margin">
              <wp14:pctWidth>0</wp14:pctWidth>
            </wp14:sizeRelH>
            <wp14:sizeRelV relativeFrom="margin">
              <wp14:pctHeight>0</wp14:pctHeight>
            </wp14:sizeRelV>
          </wp:anchor>
        </w:drawing>
      </w:r>
    </w:p>
    <w:p w14:paraId="47A8EAD2" w14:textId="35CB8694" w:rsidR="00D51B12" w:rsidRDefault="00D51B12">
      <w:pPr>
        <w:pStyle w:val="Titel"/>
      </w:pPr>
    </w:p>
    <w:p w14:paraId="1A97203C" w14:textId="74C6E779" w:rsidR="00D51B12" w:rsidRDefault="00D51B12">
      <w:pPr>
        <w:pStyle w:val="Titel"/>
      </w:pPr>
    </w:p>
    <w:p w14:paraId="7FD121B7" w14:textId="392294A4" w:rsidR="00D51B12" w:rsidRDefault="00D51B12">
      <w:pPr>
        <w:pStyle w:val="Titel"/>
      </w:pPr>
    </w:p>
    <w:p w14:paraId="75A138D1" w14:textId="77777777" w:rsidR="00651B72" w:rsidRDefault="00651B72">
      <w:pPr>
        <w:pStyle w:val="Titel"/>
        <w:rPr>
          <w:b/>
          <w:bCs/>
          <w:i/>
          <w:iCs/>
          <w:lang w:val="nl-NL"/>
        </w:rPr>
      </w:pPr>
    </w:p>
    <w:p w14:paraId="6123DA1C" w14:textId="36A43D90" w:rsidR="00623B11" w:rsidRPr="00651B72" w:rsidRDefault="00651B72" w:rsidP="00651B72">
      <w:pPr>
        <w:pStyle w:val="Titel"/>
        <w:ind w:left="2160"/>
        <w:rPr>
          <w:lang w:val="en-GB"/>
        </w:rPr>
      </w:pPr>
      <w:proofErr w:type="spellStart"/>
      <w:r>
        <w:rPr>
          <w:lang w:val="en-GB"/>
        </w:rPr>
        <w:t>Standhouders</w:t>
      </w:r>
      <w:proofErr w:type="spellEnd"/>
      <w:r>
        <w:rPr>
          <w:lang w:val="en-GB"/>
        </w:rPr>
        <w:t xml:space="preserve"> </w:t>
      </w:r>
      <w:proofErr w:type="spellStart"/>
      <w:r>
        <w:rPr>
          <w:lang w:val="en-GB"/>
        </w:rPr>
        <w:t>overeenkomst</w:t>
      </w:r>
      <w:proofErr w:type="spellEnd"/>
    </w:p>
    <w:p w14:paraId="37733BC4" w14:textId="77777777" w:rsidR="00623B11" w:rsidRPr="00651B72" w:rsidRDefault="00000000">
      <w:pPr>
        <w:rPr>
          <w:lang w:val="en-GB"/>
        </w:rPr>
      </w:pPr>
      <w:r w:rsidRPr="00651B72">
        <w:rPr>
          <w:b/>
          <w:lang w:val="en-GB"/>
        </w:rPr>
        <w:t xml:space="preserve">Athletix Fit Expo — </w:t>
      </w:r>
      <w:proofErr w:type="spellStart"/>
      <w:r w:rsidRPr="00651B72">
        <w:rPr>
          <w:b/>
          <w:lang w:val="en-GB"/>
        </w:rPr>
        <w:t>Breepark</w:t>
      </w:r>
      <w:proofErr w:type="spellEnd"/>
      <w:r w:rsidRPr="00651B72">
        <w:rPr>
          <w:b/>
          <w:lang w:val="en-GB"/>
        </w:rPr>
        <w:t xml:space="preserve"> Breda</w:t>
      </w:r>
    </w:p>
    <w:p w14:paraId="5AC88EA4" w14:textId="6996BF6B" w:rsidR="00623B11" w:rsidRPr="00D51B12" w:rsidRDefault="00000000">
      <w:pPr>
        <w:rPr>
          <w:lang w:val="nl-NL"/>
        </w:rPr>
      </w:pPr>
      <w:r w:rsidRPr="00D51B12">
        <w:rPr>
          <w:b/>
          <w:lang w:val="nl-NL"/>
        </w:rPr>
        <w:t>Zaterdag 1 en zondag 2 mei 2027</w:t>
      </w:r>
    </w:p>
    <w:p w14:paraId="5B150B82" w14:textId="77777777" w:rsidR="00623B11" w:rsidRPr="00D51B12" w:rsidRDefault="00000000">
      <w:pPr>
        <w:rPr>
          <w:lang w:val="nl-NL"/>
        </w:rPr>
      </w:pPr>
      <w:r w:rsidRPr="00D51B12">
        <w:rPr>
          <w:lang w:val="nl-NL"/>
        </w:rPr>
        <w:t>Deze overeenkomst bevat de afspraken tussen de organisatie en de standhouder over deelname aan de Fit Expo 2027.</w:t>
      </w:r>
    </w:p>
    <w:p w14:paraId="51676393" w14:textId="45EC12A5" w:rsidR="00623B11" w:rsidRPr="00D51B12" w:rsidRDefault="00000000">
      <w:pPr>
        <w:pStyle w:val="Kop1"/>
        <w:rPr>
          <w:lang w:val="nl-NL"/>
        </w:rPr>
      </w:pPr>
      <w:r w:rsidRPr="00D51B12">
        <w:rPr>
          <w:lang w:val="nl-NL"/>
        </w:rPr>
        <w:t>1  Gegevens van beide partijen</w:t>
      </w:r>
    </w:p>
    <w:p w14:paraId="0663E715" w14:textId="7DC3B1AA" w:rsidR="00623B11" w:rsidRPr="00D51B12" w:rsidRDefault="00000000">
      <w:pPr>
        <w:rPr>
          <w:lang w:val="nl-NL"/>
        </w:rPr>
      </w:pPr>
      <w:r w:rsidRPr="00D51B12">
        <w:rPr>
          <w:b/>
          <w:lang w:val="nl-NL"/>
        </w:rPr>
        <w:t>Organisatie</w:t>
      </w:r>
    </w:p>
    <w:p w14:paraId="41A4BA97" w14:textId="4B682901" w:rsidR="00623B11" w:rsidRPr="00D51B12" w:rsidRDefault="00000000">
      <w:pPr>
        <w:rPr>
          <w:lang w:val="nl-NL"/>
        </w:rPr>
      </w:pPr>
      <w:r w:rsidRPr="0008123F">
        <w:rPr>
          <w:lang w:val="en-GB"/>
        </w:rPr>
        <w:t>Athletix Fit Expo</w:t>
      </w:r>
      <w:r w:rsidRPr="0008123F">
        <w:rPr>
          <w:lang w:val="en-GB"/>
        </w:rPr>
        <w:br/>
        <w:t xml:space="preserve">Koning </w:t>
      </w:r>
      <w:proofErr w:type="spellStart"/>
      <w:r w:rsidRPr="0008123F">
        <w:rPr>
          <w:lang w:val="en-GB"/>
        </w:rPr>
        <w:t>Albertstraat</w:t>
      </w:r>
      <w:proofErr w:type="spellEnd"/>
      <w:r w:rsidRPr="0008123F">
        <w:rPr>
          <w:lang w:val="en-GB"/>
        </w:rPr>
        <w:t xml:space="preserve"> 14, 2300 Turnhout, </w:t>
      </w:r>
      <w:proofErr w:type="spellStart"/>
      <w:r w:rsidRPr="0008123F">
        <w:rPr>
          <w:lang w:val="en-GB"/>
        </w:rPr>
        <w:t>België</w:t>
      </w:r>
      <w:proofErr w:type="spellEnd"/>
      <w:r w:rsidRPr="0008123F">
        <w:rPr>
          <w:lang w:val="en-GB"/>
        </w:rPr>
        <w:br/>
      </w:r>
      <w:proofErr w:type="spellStart"/>
      <w:r w:rsidRPr="0008123F">
        <w:rPr>
          <w:lang w:val="en-GB"/>
        </w:rPr>
        <w:t>Contactpersoon</w:t>
      </w:r>
      <w:proofErr w:type="spellEnd"/>
      <w:r w:rsidRPr="0008123F">
        <w:rPr>
          <w:lang w:val="en-GB"/>
        </w:rPr>
        <w:t>: .......................................................................................................</w:t>
      </w:r>
      <w:r w:rsidRPr="0008123F">
        <w:rPr>
          <w:lang w:val="en-GB"/>
        </w:rPr>
        <w:br/>
      </w:r>
      <w:r w:rsidRPr="00D51B12">
        <w:rPr>
          <w:lang w:val="nl-NL"/>
        </w:rPr>
        <w:t>E-mail: ......................................................................................................................</w:t>
      </w:r>
    </w:p>
    <w:p w14:paraId="679701E7" w14:textId="2EED8C3F" w:rsidR="00623B11" w:rsidRPr="00D51B12" w:rsidRDefault="00000000">
      <w:pPr>
        <w:rPr>
          <w:lang w:val="nl-NL"/>
        </w:rPr>
      </w:pPr>
      <w:r w:rsidRPr="00D51B12">
        <w:rPr>
          <w:b/>
          <w:lang w:val="nl-NL"/>
        </w:rPr>
        <w:t>Standhouder</w:t>
      </w:r>
    </w:p>
    <w:p w14:paraId="2730ECF6" w14:textId="4F2CCD45" w:rsidR="00623B11" w:rsidRPr="00D51B12" w:rsidRDefault="00000000">
      <w:pPr>
        <w:rPr>
          <w:lang w:val="nl-NL"/>
        </w:rPr>
      </w:pPr>
      <w:r w:rsidRPr="00D51B12">
        <w:rPr>
          <w:lang w:val="nl-NL"/>
        </w:rPr>
        <w:t>Bedrijfsnaam: ............................................................................................................</w:t>
      </w:r>
      <w:r w:rsidRPr="00D51B12">
        <w:rPr>
          <w:lang w:val="nl-NL"/>
        </w:rPr>
        <w:br/>
        <w:t>Adres: .......................................................................................................................</w:t>
      </w:r>
      <w:r w:rsidRPr="00D51B12">
        <w:rPr>
          <w:lang w:val="nl-NL"/>
        </w:rPr>
        <w:br/>
        <w:t>Postcode en plaats: ..................................................................................................</w:t>
      </w:r>
      <w:r w:rsidRPr="00D51B12">
        <w:rPr>
          <w:lang w:val="nl-NL"/>
        </w:rPr>
        <w:br/>
        <w:t>KvK- of ondernemingsnummer: ................................................................................</w:t>
      </w:r>
      <w:r w:rsidRPr="00D51B12">
        <w:rPr>
          <w:lang w:val="nl-NL"/>
        </w:rPr>
        <w:br/>
        <w:t>Contactpersoon: .......................................................................................................</w:t>
      </w:r>
      <w:r w:rsidRPr="00D51B12">
        <w:rPr>
          <w:lang w:val="nl-NL"/>
        </w:rPr>
        <w:br/>
        <w:t>Telefoon: ..................................................................................................................</w:t>
      </w:r>
      <w:r w:rsidRPr="00D51B12">
        <w:rPr>
          <w:lang w:val="nl-NL"/>
        </w:rPr>
        <w:br/>
        <w:t>E-mail: ......................................................................................................................</w:t>
      </w:r>
    </w:p>
    <w:p w14:paraId="1AFF5E61" w14:textId="789BFD17" w:rsidR="00623B11" w:rsidRPr="00D51B12" w:rsidRDefault="00000000">
      <w:pPr>
        <w:pStyle w:val="Kop1"/>
        <w:rPr>
          <w:lang w:val="nl-NL"/>
        </w:rPr>
      </w:pPr>
      <w:r w:rsidRPr="00D51B12">
        <w:rPr>
          <w:lang w:val="nl-NL"/>
        </w:rPr>
        <w:t>2  Uw stand en de kosten</w:t>
      </w:r>
    </w:p>
    <w:p w14:paraId="51D46DE1" w14:textId="6BF0CB63" w:rsidR="00623B11" w:rsidRPr="00D51B12" w:rsidRDefault="00000000">
      <w:pPr>
        <w:rPr>
          <w:lang w:val="nl-NL"/>
        </w:rPr>
      </w:pPr>
      <w:r w:rsidRPr="00D51B12">
        <w:rPr>
          <w:lang w:val="nl-NL"/>
        </w:rPr>
        <w:t>Kruis hieronder aan welke stand u wilt huren.</w:t>
      </w:r>
    </w:p>
    <w:tbl>
      <w:tblPr>
        <w:tblW w:w="0" w:type="auto"/>
        <w:tblLayout w:type="fixed"/>
        <w:tblLook w:val="04A0" w:firstRow="1" w:lastRow="0" w:firstColumn="1" w:lastColumn="0" w:noHBand="0" w:noVBand="1"/>
      </w:tblPr>
      <w:tblGrid>
        <w:gridCol w:w="1987"/>
        <w:gridCol w:w="1987"/>
        <w:gridCol w:w="1987"/>
        <w:gridCol w:w="2736"/>
        <w:gridCol w:w="2736"/>
      </w:tblGrid>
      <w:tr w:rsidR="00623B11" w14:paraId="79EC3321" w14:textId="77777777">
        <w:tc>
          <w:tcPr>
            <w:tcW w:w="1987" w:type="dxa"/>
            <w:tcBorders>
              <w:top w:val="single" w:sz="4" w:space="0" w:color="D9D9D9"/>
              <w:left w:val="single" w:sz="4" w:space="0" w:color="D9D9D9"/>
              <w:bottom w:val="single" w:sz="4" w:space="0" w:color="D9D9D9"/>
              <w:right w:val="single" w:sz="4" w:space="0" w:color="D9D9D9"/>
            </w:tcBorders>
            <w:shd w:val="clear" w:color="auto" w:fill="EAEFF3"/>
          </w:tcPr>
          <w:p w14:paraId="5D8824E2" w14:textId="77777777" w:rsidR="00623B11" w:rsidRDefault="00000000">
            <w:pPr>
              <w:spacing w:before="80"/>
            </w:pPr>
            <w:proofErr w:type="spellStart"/>
            <w:r>
              <w:rPr>
                <w:b/>
                <w:sz w:val="20"/>
              </w:rPr>
              <w:t>Keuze</w:t>
            </w:r>
            <w:proofErr w:type="spellEnd"/>
          </w:p>
        </w:tc>
        <w:tc>
          <w:tcPr>
            <w:tcW w:w="1987" w:type="dxa"/>
            <w:tcBorders>
              <w:top w:val="single" w:sz="4" w:space="0" w:color="D9D9D9"/>
              <w:left w:val="single" w:sz="4" w:space="0" w:color="D9D9D9"/>
              <w:bottom w:val="single" w:sz="4" w:space="0" w:color="D9D9D9"/>
              <w:right w:val="single" w:sz="4" w:space="0" w:color="D9D9D9"/>
            </w:tcBorders>
            <w:shd w:val="clear" w:color="auto" w:fill="EAEFF3"/>
          </w:tcPr>
          <w:p w14:paraId="4AFBCB44" w14:textId="77777777" w:rsidR="00623B11" w:rsidRDefault="00000000">
            <w:pPr>
              <w:spacing w:before="80"/>
            </w:pPr>
            <w:r>
              <w:rPr>
                <w:b/>
                <w:sz w:val="20"/>
              </w:rPr>
              <w:t>Afmetingen</w:t>
            </w:r>
          </w:p>
        </w:tc>
        <w:tc>
          <w:tcPr>
            <w:tcW w:w="1987" w:type="dxa"/>
            <w:tcBorders>
              <w:top w:val="single" w:sz="4" w:space="0" w:color="D9D9D9"/>
              <w:left w:val="single" w:sz="4" w:space="0" w:color="D9D9D9"/>
              <w:bottom w:val="single" w:sz="4" w:space="0" w:color="D9D9D9"/>
              <w:right w:val="single" w:sz="4" w:space="0" w:color="D9D9D9"/>
            </w:tcBorders>
            <w:shd w:val="clear" w:color="auto" w:fill="EAEFF3"/>
          </w:tcPr>
          <w:p w14:paraId="38B1CF63" w14:textId="77777777" w:rsidR="00623B11" w:rsidRDefault="00000000">
            <w:pPr>
              <w:spacing w:before="80"/>
            </w:pPr>
            <w:r>
              <w:rPr>
                <w:b/>
                <w:sz w:val="20"/>
              </w:rPr>
              <w:t>Oppervlakte</w:t>
            </w:r>
          </w:p>
        </w:tc>
        <w:tc>
          <w:tcPr>
            <w:tcW w:w="1987" w:type="dxa"/>
            <w:tcBorders>
              <w:top w:val="single" w:sz="4" w:space="0" w:color="D9D9D9"/>
              <w:left w:val="single" w:sz="4" w:space="0" w:color="D9D9D9"/>
              <w:bottom w:val="single" w:sz="4" w:space="0" w:color="D9D9D9"/>
              <w:right w:val="single" w:sz="4" w:space="0" w:color="D9D9D9"/>
            </w:tcBorders>
            <w:shd w:val="clear" w:color="auto" w:fill="EAEFF3"/>
          </w:tcPr>
          <w:p w14:paraId="186DE115" w14:textId="31B5B7E3" w:rsidR="00623B11" w:rsidRDefault="00000000">
            <w:pPr>
              <w:spacing w:before="80"/>
            </w:pPr>
            <w:proofErr w:type="spellStart"/>
            <w:r>
              <w:rPr>
                <w:b/>
                <w:sz w:val="20"/>
              </w:rPr>
              <w:t>Beide</w:t>
            </w:r>
            <w:proofErr w:type="spellEnd"/>
            <w:r>
              <w:rPr>
                <w:b/>
                <w:sz w:val="20"/>
              </w:rPr>
              <w:t xml:space="preserve"> </w:t>
            </w:r>
            <w:proofErr w:type="spellStart"/>
            <w:r>
              <w:rPr>
                <w:b/>
                <w:sz w:val="20"/>
              </w:rPr>
              <w:t>beursdagen</w:t>
            </w:r>
            <w:proofErr w:type="spellEnd"/>
          </w:p>
        </w:tc>
        <w:tc>
          <w:tcPr>
            <w:tcW w:w="1987" w:type="dxa"/>
            <w:tcBorders>
              <w:top w:val="single" w:sz="4" w:space="0" w:color="D9D9D9"/>
              <w:left w:val="single" w:sz="4" w:space="0" w:color="D9D9D9"/>
              <w:bottom w:val="single" w:sz="4" w:space="0" w:color="D9D9D9"/>
              <w:right w:val="single" w:sz="4" w:space="0" w:color="D9D9D9"/>
            </w:tcBorders>
            <w:shd w:val="clear" w:color="auto" w:fill="EAEFF3"/>
          </w:tcPr>
          <w:p w14:paraId="4A60AD7B" w14:textId="77777777" w:rsidR="00623B11" w:rsidRDefault="00000000">
            <w:pPr>
              <w:spacing w:before="80"/>
            </w:pPr>
            <w:r>
              <w:rPr>
                <w:b/>
                <w:sz w:val="20"/>
              </w:rPr>
              <w:t>Eén beursdag</w:t>
            </w:r>
          </w:p>
        </w:tc>
      </w:tr>
      <w:tr w:rsidR="00623B11" w14:paraId="27B6BA34" w14:textId="77777777">
        <w:tc>
          <w:tcPr>
            <w:tcW w:w="720" w:type="dxa"/>
            <w:tcBorders>
              <w:top w:val="single" w:sz="4" w:space="0" w:color="D9D9D9"/>
              <w:left w:val="single" w:sz="4" w:space="0" w:color="D9D9D9"/>
              <w:bottom w:val="single" w:sz="4" w:space="0" w:color="D9D9D9"/>
              <w:right w:val="single" w:sz="4" w:space="0" w:color="D9D9D9"/>
            </w:tcBorders>
          </w:tcPr>
          <w:p w14:paraId="757264F5" w14:textId="77777777" w:rsidR="00623B11" w:rsidRDefault="00000000">
            <w:pPr>
              <w:spacing w:before="80"/>
            </w:pPr>
            <w:r>
              <w:rPr>
                <w:sz w:val="20"/>
              </w:rPr>
              <w:t>☐</w:t>
            </w:r>
          </w:p>
        </w:tc>
        <w:tc>
          <w:tcPr>
            <w:tcW w:w="1872" w:type="dxa"/>
            <w:tcBorders>
              <w:top w:val="single" w:sz="4" w:space="0" w:color="D9D9D9"/>
              <w:left w:val="single" w:sz="4" w:space="0" w:color="D9D9D9"/>
              <w:bottom w:val="single" w:sz="4" w:space="0" w:color="D9D9D9"/>
              <w:right w:val="single" w:sz="4" w:space="0" w:color="D9D9D9"/>
            </w:tcBorders>
          </w:tcPr>
          <w:p w14:paraId="40980177" w14:textId="77777777" w:rsidR="00623B11" w:rsidRDefault="00000000">
            <w:pPr>
              <w:spacing w:before="80"/>
            </w:pPr>
            <w:r>
              <w:rPr>
                <w:sz w:val="20"/>
              </w:rPr>
              <w:t>3 × 4 meter</w:t>
            </w:r>
          </w:p>
        </w:tc>
        <w:tc>
          <w:tcPr>
            <w:tcW w:w="1584" w:type="dxa"/>
            <w:tcBorders>
              <w:top w:val="single" w:sz="4" w:space="0" w:color="D9D9D9"/>
              <w:left w:val="single" w:sz="4" w:space="0" w:color="D9D9D9"/>
              <w:bottom w:val="single" w:sz="4" w:space="0" w:color="D9D9D9"/>
              <w:right w:val="single" w:sz="4" w:space="0" w:color="D9D9D9"/>
            </w:tcBorders>
          </w:tcPr>
          <w:p w14:paraId="227D12D1" w14:textId="77777777" w:rsidR="00623B11" w:rsidRDefault="00000000">
            <w:pPr>
              <w:spacing w:before="80"/>
            </w:pPr>
            <w:r>
              <w:rPr>
                <w:sz w:val="20"/>
              </w:rPr>
              <w:t>12 m²</w:t>
            </w:r>
          </w:p>
        </w:tc>
        <w:tc>
          <w:tcPr>
            <w:tcW w:w="2736" w:type="dxa"/>
            <w:tcBorders>
              <w:top w:val="single" w:sz="4" w:space="0" w:color="D9D9D9"/>
              <w:left w:val="single" w:sz="4" w:space="0" w:color="D9D9D9"/>
              <w:bottom w:val="single" w:sz="4" w:space="0" w:color="D9D9D9"/>
              <w:right w:val="single" w:sz="4" w:space="0" w:color="D9D9D9"/>
            </w:tcBorders>
          </w:tcPr>
          <w:p w14:paraId="33479493" w14:textId="55F67A87" w:rsidR="00623B11" w:rsidRDefault="00000000">
            <w:pPr>
              <w:spacing w:before="80"/>
            </w:pPr>
            <w:r>
              <w:rPr>
                <w:sz w:val="20"/>
              </w:rPr>
              <w:t>€ 900</w:t>
            </w:r>
          </w:p>
        </w:tc>
        <w:tc>
          <w:tcPr>
            <w:tcW w:w="2736" w:type="dxa"/>
            <w:tcBorders>
              <w:top w:val="single" w:sz="4" w:space="0" w:color="D9D9D9"/>
              <w:left w:val="single" w:sz="4" w:space="0" w:color="D9D9D9"/>
              <w:bottom w:val="single" w:sz="4" w:space="0" w:color="D9D9D9"/>
              <w:right w:val="single" w:sz="4" w:space="0" w:color="D9D9D9"/>
            </w:tcBorders>
          </w:tcPr>
          <w:p w14:paraId="5C1B8B2A" w14:textId="77777777" w:rsidR="00623B11" w:rsidRDefault="00000000">
            <w:pPr>
              <w:spacing w:before="80"/>
            </w:pPr>
            <w:r>
              <w:rPr>
                <w:sz w:val="20"/>
              </w:rPr>
              <w:t>€ 600</w:t>
            </w:r>
          </w:p>
        </w:tc>
      </w:tr>
      <w:tr w:rsidR="00623B11" w14:paraId="73E3CC40" w14:textId="77777777">
        <w:tc>
          <w:tcPr>
            <w:tcW w:w="720" w:type="dxa"/>
            <w:tcBorders>
              <w:top w:val="single" w:sz="4" w:space="0" w:color="D9D9D9"/>
              <w:left w:val="single" w:sz="4" w:space="0" w:color="D9D9D9"/>
              <w:bottom w:val="single" w:sz="4" w:space="0" w:color="D9D9D9"/>
              <w:right w:val="single" w:sz="4" w:space="0" w:color="D9D9D9"/>
            </w:tcBorders>
          </w:tcPr>
          <w:p w14:paraId="28121E9B" w14:textId="77777777" w:rsidR="00623B11" w:rsidRDefault="00000000">
            <w:pPr>
              <w:spacing w:before="80"/>
            </w:pPr>
            <w:r>
              <w:rPr>
                <w:sz w:val="20"/>
              </w:rPr>
              <w:t>☐</w:t>
            </w:r>
          </w:p>
        </w:tc>
        <w:tc>
          <w:tcPr>
            <w:tcW w:w="1872" w:type="dxa"/>
            <w:tcBorders>
              <w:top w:val="single" w:sz="4" w:space="0" w:color="D9D9D9"/>
              <w:left w:val="single" w:sz="4" w:space="0" w:color="D9D9D9"/>
              <w:bottom w:val="single" w:sz="4" w:space="0" w:color="D9D9D9"/>
              <w:right w:val="single" w:sz="4" w:space="0" w:color="D9D9D9"/>
            </w:tcBorders>
          </w:tcPr>
          <w:p w14:paraId="5A2CDF3F" w14:textId="77777777" w:rsidR="00623B11" w:rsidRDefault="00000000">
            <w:pPr>
              <w:spacing w:before="80"/>
            </w:pPr>
            <w:r>
              <w:rPr>
                <w:sz w:val="20"/>
              </w:rPr>
              <w:t>4 × 4 meter</w:t>
            </w:r>
          </w:p>
        </w:tc>
        <w:tc>
          <w:tcPr>
            <w:tcW w:w="1584" w:type="dxa"/>
            <w:tcBorders>
              <w:top w:val="single" w:sz="4" w:space="0" w:color="D9D9D9"/>
              <w:left w:val="single" w:sz="4" w:space="0" w:color="D9D9D9"/>
              <w:bottom w:val="single" w:sz="4" w:space="0" w:color="D9D9D9"/>
              <w:right w:val="single" w:sz="4" w:space="0" w:color="D9D9D9"/>
            </w:tcBorders>
          </w:tcPr>
          <w:p w14:paraId="067D63E9" w14:textId="52D1076D" w:rsidR="00623B11" w:rsidRDefault="00000000">
            <w:pPr>
              <w:spacing w:before="80"/>
            </w:pPr>
            <w:r>
              <w:rPr>
                <w:sz w:val="20"/>
              </w:rPr>
              <w:t>16 m²</w:t>
            </w:r>
          </w:p>
        </w:tc>
        <w:tc>
          <w:tcPr>
            <w:tcW w:w="2736" w:type="dxa"/>
            <w:tcBorders>
              <w:top w:val="single" w:sz="4" w:space="0" w:color="D9D9D9"/>
              <w:left w:val="single" w:sz="4" w:space="0" w:color="D9D9D9"/>
              <w:bottom w:val="single" w:sz="4" w:space="0" w:color="D9D9D9"/>
              <w:right w:val="single" w:sz="4" w:space="0" w:color="D9D9D9"/>
            </w:tcBorders>
          </w:tcPr>
          <w:p w14:paraId="136E83F7" w14:textId="06443994" w:rsidR="00623B11" w:rsidRDefault="00000000">
            <w:pPr>
              <w:spacing w:before="80"/>
            </w:pPr>
            <w:r>
              <w:rPr>
                <w:sz w:val="20"/>
              </w:rPr>
              <w:t>€ 1.200</w:t>
            </w:r>
          </w:p>
        </w:tc>
        <w:tc>
          <w:tcPr>
            <w:tcW w:w="2736" w:type="dxa"/>
            <w:tcBorders>
              <w:top w:val="single" w:sz="4" w:space="0" w:color="D9D9D9"/>
              <w:left w:val="single" w:sz="4" w:space="0" w:color="D9D9D9"/>
              <w:bottom w:val="single" w:sz="4" w:space="0" w:color="D9D9D9"/>
              <w:right w:val="single" w:sz="4" w:space="0" w:color="D9D9D9"/>
            </w:tcBorders>
          </w:tcPr>
          <w:p w14:paraId="11C9558D" w14:textId="77777777" w:rsidR="00623B11" w:rsidRDefault="00000000">
            <w:pPr>
              <w:spacing w:before="80"/>
            </w:pPr>
            <w:r>
              <w:rPr>
                <w:sz w:val="20"/>
              </w:rPr>
              <w:t>€ 800</w:t>
            </w:r>
          </w:p>
        </w:tc>
      </w:tr>
      <w:tr w:rsidR="00623B11" w14:paraId="48B6FC96" w14:textId="77777777">
        <w:tc>
          <w:tcPr>
            <w:tcW w:w="720" w:type="dxa"/>
            <w:tcBorders>
              <w:top w:val="single" w:sz="4" w:space="0" w:color="D9D9D9"/>
              <w:left w:val="single" w:sz="4" w:space="0" w:color="D9D9D9"/>
              <w:bottom w:val="single" w:sz="4" w:space="0" w:color="D9D9D9"/>
              <w:right w:val="single" w:sz="4" w:space="0" w:color="D9D9D9"/>
            </w:tcBorders>
          </w:tcPr>
          <w:p w14:paraId="051F9EC7" w14:textId="77777777" w:rsidR="00623B11" w:rsidRDefault="00000000">
            <w:pPr>
              <w:spacing w:before="80"/>
            </w:pPr>
            <w:r>
              <w:rPr>
                <w:sz w:val="20"/>
              </w:rPr>
              <w:t>☐</w:t>
            </w:r>
          </w:p>
        </w:tc>
        <w:tc>
          <w:tcPr>
            <w:tcW w:w="1872" w:type="dxa"/>
            <w:tcBorders>
              <w:top w:val="single" w:sz="4" w:space="0" w:color="D9D9D9"/>
              <w:left w:val="single" w:sz="4" w:space="0" w:color="D9D9D9"/>
              <w:bottom w:val="single" w:sz="4" w:space="0" w:color="D9D9D9"/>
              <w:right w:val="single" w:sz="4" w:space="0" w:color="D9D9D9"/>
            </w:tcBorders>
          </w:tcPr>
          <w:p w14:paraId="291ADE95" w14:textId="77777777" w:rsidR="00623B11" w:rsidRDefault="00000000">
            <w:pPr>
              <w:spacing w:before="80"/>
            </w:pPr>
            <w:r>
              <w:rPr>
                <w:sz w:val="20"/>
              </w:rPr>
              <w:t>5 × 4 meter</w:t>
            </w:r>
          </w:p>
        </w:tc>
        <w:tc>
          <w:tcPr>
            <w:tcW w:w="1584" w:type="dxa"/>
            <w:tcBorders>
              <w:top w:val="single" w:sz="4" w:space="0" w:color="D9D9D9"/>
              <w:left w:val="single" w:sz="4" w:space="0" w:color="D9D9D9"/>
              <w:bottom w:val="single" w:sz="4" w:space="0" w:color="D9D9D9"/>
              <w:right w:val="single" w:sz="4" w:space="0" w:color="D9D9D9"/>
            </w:tcBorders>
          </w:tcPr>
          <w:p w14:paraId="06D9CD01" w14:textId="77777777" w:rsidR="00623B11" w:rsidRDefault="00000000">
            <w:pPr>
              <w:spacing w:before="80"/>
            </w:pPr>
            <w:r>
              <w:rPr>
                <w:sz w:val="20"/>
              </w:rPr>
              <w:t>20 m²</w:t>
            </w:r>
          </w:p>
        </w:tc>
        <w:tc>
          <w:tcPr>
            <w:tcW w:w="2736" w:type="dxa"/>
            <w:tcBorders>
              <w:top w:val="single" w:sz="4" w:space="0" w:color="D9D9D9"/>
              <w:left w:val="single" w:sz="4" w:space="0" w:color="D9D9D9"/>
              <w:bottom w:val="single" w:sz="4" w:space="0" w:color="D9D9D9"/>
              <w:right w:val="single" w:sz="4" w:space="0" w:color="D9D9D9"/>
            </w:tcBorders>
          </w:tcPr>
          <w:p w14:paraId="6C9A4ECA" w14:textId="16420555" w:rsidR="00623B11" w:rsidRDefault="00000000">
            <w:pPr>
              <w:spacing w:before="80"/>
            </w:pPr>
            <w:r>
              <w:rPr>
                <w:sz w:val="20"/>
              </w:rPr>
              <w:t>€ 1.500</w:t>
            </w:r>
          </w:p>
        </w:tc>
        <w:tc>
          <w:tcPr>
            <w:tcW w:w="2736" w:type="dxa"/>
            <w:tcBorders>
              <w:top w:val="single" w:sz="4" w:space="0" w:color="D9D9D9"/>
              <w:left w:val="single" w:sz="4" w:space="0" w:color="D9D9D9"/>
              <w:bottom w:val="single" w:sz="4" w:space="0" w:color="D9D9D9"/>
              <w:right w:val="single" w:sz="4" w:space="0" w:color="D9D9D9"/>
            </w:tcBorders>
          </w:tcPr>
          <w:p w14:paraId="76CD9AC2" w14:textId="77777777" w:rsidR="00623B11" w:rsidRDefault="00000000">
            <w:pPr>
              <w:spacing w:before="80"/>
            </w:pPr>
            <w:r>
              <w:rPr>
                <w:sz w:val="20"/>
              </w:rPr>
              <w:t>€ 1.000</w:t>
            </w:r>
          </w:p>
        </w:tc>
      </w:tr>
      <w:tr w:rsidR="00623B11" w14:paraId="6B8B0F76" w14:textId="77777777">
        <w:tc>
          <w:tcPr>
            <w:tcW w:w="720" w:type="dxa"/>
            <w:tcBorders>
              <w:top w:val="single" w:sz="4" w:space="0" w:color="D9D9D9"/>
              <w:left w:val="single" w:sz="4" w:space="0" w:color="D9D9D9"/>
              <w:bottom w:val="single" w:sz="4" w:space="0" w:color="D9D9D9"/>
              <w:right w:val="single" w:sz="4" w:space="0" w:color="D9D9D9"/>
            </w:tcBorders>
          </w:tcPr>
          <w:p w14:paraId="2F04E6ED" w14:textId="77777777" w:rsidR="00623B11" w:rsidRDefault="00000000">
            <w:pPr>
              <w:spacing w:before="80"/>
            </w:pPr>
            <w:r>
              <w:rPr>
                <w:sz w:val="20"/>
              </w:rPr>
              <w:t>☐</w:t>
            </w:r>
          </w:p>
        </w:tc>
        <w:tc>
          <w:tcPr>
            <w:tcW w:w="1872" w:type="dxa"/>
            <w:tcBorders>
              <w:top w:val="single" w:sz="4" w:space="0" w:color="D9D9D9"/>
              <w:left w:val="single" w:sz="4" w:space="0" w:color="D9D9D9"/>
              <w:bottom w:val="single" w:sz="4" w:space="0" w:color="D9D9D9"/>
              <w:right w:val="single" w:sz="4" w:space="0" w:color="D9D9D9"/>
            </w:tcBorders>
          </w:tcPr>
          <w:p w14:paraId="6A1BE32B" w14:textId="77777777" w:rsidR="00623B11" w:rsidRDefault="00000000">
            <w:pPr>
              <w:spacing w:before="80"/>
            </w:pPr>
            <w:r>
              <w:rPr>
                <w:sz w:val="20"/>
              </w:rPr>
              <w:t>6 × 4 meter</w:t>
            </w:r>
          </w:p>
        </w:tc>
        <w:tc>
          <w:tcPr>
            <w:tcW w:w="1584" w:type="dxa"/>
            <w:tcBorders>
              <w:top w:val="single" w:sz="4" w:space="0" w:color="D9D9D9"/>
              <w:left w:val="single" w:sz="4" w:space="0" w:color="D9D9D9"/>
              <w:bottom w:val="single" w:sz="4" w:space="0" w:color="D9D9D9"/>
              <w:right w:val="single" w:sz="4" w:space="0" w:color="D9D9D9"/>
            </w:tcBorders>
          </w:tcPr>
          <w:p w14:paraId="4AE6D6FD" w14:textId="461154EF" w:rsidR="00623B11" w:rsidRDefault="00000000">
            <w:pPr>
              <w:spacing w:before="80"/>
            </w:pPr>
            <w:r>
              <w:rPr>
                <w:sz w:val="20"/>
              </w:rPr>
              <w:t>24 m²</w:t>
            </w:r>
          </w:p>
        </w:tc>
        <w:tc>
          <w:tcPr>
            <w:tcW w:w="2736" w:type="dxa"/>
            <w:tcBorders>
              <w:top w:val="single" w:sz="4" w:space="0" w:color="D9D9D9"/>
              <w:left w:val="single" w:sz="4" w:space="0" w:color="D9D9D9"/>
              <w:bottom w:val="single" w:sz="4" w:space="0" w:color="D9D9D9"/>
              <w:right w:val="single" w:sz="4" w:space="0" w:color="D9D9D9"/>
            </w:tcBorders>
          </w:tcPr>
          <w:p w14:paraId="14D2971B" w14:textId="114A1A67" w:rsidR="00623B11" w:rsidRDefault="00000000">
            <w:pPr>
              <w:spacing w:before="80"/>
            </w:pPr>
            <w:r>
              <w:rPr>
                <w:sz w:val="20"/>
              </w:rPr>
              <w:t>€ 1.800</w:t>
            </w:r>
          </w:p>
        </w:tc>
        <w:tc>
          <w:tcPr>
            <w:tcW w:w="2736" w:type="dxa"/>
            <w:tcBorders>
              <w:top w:val="single" w:sz="4" w:space="0" w:color="D9D9D9"/>
              <w:left w:val="single" w:sz="4" w:space="0" w:color="D9D9D9"/>
              <w:bottom w:val="single" w:sz="4" w:space="0" w:color="D9D9D9"/>
              <w:right w:val="single" w:sz="4" w:space="0" w:color="D9D9D9"/>
            </w:tcBorders>
          </w:tcPr>
          <w:p w14:paraId="6DFBAF90" w14:textId="77777777" w:rsidR="00623B11" w:rsidRDefault="00000000">
            <w:pPr>
              <w:spacing w:before="80"/>
            </w:pPr>
            <w:r>
              <w:rPr>
                <w:sz w:val="20"/>
              </w:rPr>
              <w:t>€ 1.200</w:t>
            </w:r>
          </w:p>
        </w:tc>
      </w:tr>
      <w:tr w:rsidR="00623B11" w14:paraId="36818FBD" w14:textId="77777777">
        <w:tc>
          <w:tcPr>
            <w:tcW w:w="720" w:type="dxa"/>
            <w:tcBorders>
              <w:top w:val="single" w:sz="4" w:space="0" w:color="D9D9D9"/>
              <w:left w:val="single" w:sz="4" w:space="0" w:color="D9D9D9"/>
              <w:bottom w:val="single" w:sz="4" w:space="0" w:color="D9D9D9"/>
              <w:right w:val="single" w:sz="4" w:space="0" w:color="D9D9D9"/>
            </w:tcBorders>
          </w:tcPr>
          <w:p w14:paraId="50DD0E4A" w14:textId="77777777" w:rsidR="00623B11" w:rsidRDefault="00000000">
            <w:pPr>
              <w:spacing w:before="80"/>
            </w:pPr>
            <w:r>
              <w:rPr>
                <w:sz w:val="20"/>
              </w:rPr>
              <w:t>☐</w:t>
            </w:r>
          </w:p>
        </w:tc>
        <w:tc>
          <w:tcPr>
            <w:tcW w:w="1872" w:type="dxa"/>
            <w:tcBorders>
              <w:top w:val="single" w:sz="4" w:space="0" w:color="D9D9D9"/>
              <w:left w:val="single" w:sz="4" w:space="0" w:color="D9D9D9"/>
              <w:bottom w:val="single" w:sz="4" w:space="0" w:color="D9D9D9"/>
              <w:right w:val="single" w:sz="4" w:space="0" w:color="D9D9D9"/>
            </w:tcBorders>
          </w:tcPr>
          <w:p w14:paraId="4B7A006D" w14:textId="77777777" w:rsidR="00623B11" w:rsidRDefault="00000000">
            <w:pPr>
              <w:spacing w:before="80"/>
            </w:pPr>
            <w:r>
              <w:rPr>
                <w:sz w:val="20"/>
              </w:rPr>
              <w:t>7 × 4 meter</w:t>
            </w:r>
          </w:p>
        </w:tc>
        <w:tc>
          <w:tcPr>
            <w:tcW w:w="1584" w:type="dxa"/>
            <w:tcBorders>
              <w:top w:val="single" w:sz="4" w:space="0" w:color="D9D9D9"/>
              <w:left w:val="single" w:sz="4" w:space="0" w:color="D9D9D9"/>
              <w:bottom w:val="single" w:sz="4" w:space="0" w:color="D9D9D9"/>
              <w:right w:val="single" w:sz="4" w:space="0" w:color="D9D9D9"/>
            </w:tcBorders>
          </w:tcPr>
          <w:p w14:paraId="226F43BF" w14:textId="77777777" w:rsidR="00623B11" w:rsidRDefault="00000000">
            <w:pPr>
              <w:spacing w:before="80"/>
            </w:pPr>
            <w:r>
              <w:rPr>
                <w:sz w:val="20"/>
              </w:rPr>
              <w:t>28 m²</w:t>
            </w:r>
          </w:p>
        </w:tc>
        <w:tc>
          <w:tcPr>
            <w:tcW w:w="2736" w:type="dxa"/>
            <w:tcBorders>
              <w:top w:val="single" w:sz="4" w:space="0" w:color="D9D9D9"/>
              <w:left w:val="single" w:sz="4" w:space="0" w:color="D9D9D9"/>
              <w:bottom w:val="single" w:sz="4" w:space="0" w:color="D9D9D9"/>
              <w:right w:val="single" w:sz="4" w:space="0" w:color="D9D9D9"/>
            </w:tcBorders>
          </w:tcPr>
          <w:p w14:paraId="2186AA50" w14:textId="3AD25845" w:rsidR="00623B11" w:rsidRDefault="00000000">
            <w:pPr>
              <w:spacing w:before="80"/>
            </w:pPr>
            <w:r>
              <w:rPr>
                <w:sz w:val="20"/>
              </w:rPr>
              <w:t>€ 2.100</w:t>
            </w:r>
          </w:p>
        </w:tc>
        <w:tc>
          <w:tcPr>
            <w:tcW w:w="2736" w:type="dxa"/>
            <w:tcBorders>
              <w:top w:val="single" w:sz="4" w:space="0" w:color="D9D9D9"/>
              <w:left w:val="single" w:sz="4" w:space="0" w:color="D9D9D9"/>
              <w:bottom w:val="single" w:sz="4" w:space="0" w:color="D9D9D9"/>
              <w:right w:val="single" w:sz="4" w:space="0" w:color="D9D9D9"/>
            </w:tcBorders>
          </w:tcPr>
          <w:p w14:paraId="4640942E" w14:textId="77777777" w:rsidR="00623B11" w:rsidRDefault="00000000">
            <w:pPr>
              <w:spacing w:before="80"/>
            </w:pPr>
            <w:r>
              <w:rPr>
                <w:sz w:val="20"/>
              </w:rPr>
              <w:t>€ 1.400</w:t>
            </w:r>
          </w:p>
        </w:tc>
      </w:tr>
    </w:tbl>
    <w:p w14:paraId="23741623" w14:textId="7F5B6EB8" w:rsidR="00623B11" w:rsidRPr="00D51B12" w:rsidRDefault="00000000">
      <w:pPr>
        <w:rPr>
          <w:lang w:val="nl-NL"/>
        </w:rPr>
      </w:pPr>
      <w:r w:rsidRPr="00D51B12">
        <w:rPr>
          <w:b/>
          <w:lang w:val="nl-NL"/>
        </w:rPr>
        <w:t>Alle prijzen zijn exclusief 21% btw.</w:t>
      </w:r>
    </w:p>
    <w:p w14:paraId="3781F357" w14:textId="3816D14A" w:rsidR="00623B11" w:rsidRPr="00D51B12" w:rsidRDefault="0008123F">
      <w:pPr>
        <w:rPr>
          <w:lang w:val="nl-NL"/>
        </w:rPr>
      </w:pPr>
      <w:r>
        <w:rPr>
          <w:noProof/>
          <w:lang w:val="nl-NL"/>
        </w:rPr>
        <w:drawing>
          <wp:anchor distT="0" distB="0" distL="114300" distR="114300" simplePos="0" relativeHeight="251662336" behindDoc="1" locked="0" layoutInCell="1" allowOverlap="1" wp14:anchorId="25BAE710" wp14:editId="4753FD6F">
            <wp:simplePos x="0" y="0"/>
            <wp:positionH relativeFrom="column">
              <wp:posOffset>2590800</wp:posOffset>
            </wp:positionH>
            <wp:positionV relativeFrom="paragraph">
              <wp:posOffset>356870</wp:posOffset>
            </wp:positionV>
            <wp:extent cx="1127760" cy="563880"/>
            <wp:effectExtent l="0" t="0" r="0" b="7620"/>
            <wp:wrapNone/>
            <wp:docPr id="18264158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33716" name="Afbeelding 1634933716"/>
                    <pic:cNvPicPr/>
                  </pic:nvPicPr>
                  <pic:blipFill>
                    <a:blip r:embed="rId8"/>
                    <a:stretch>
                      <a:fillRect/>
                    </a:stretch>
                  </pic:blipFill>
                  <pic:spPr>
                    <a:xfrm>
                      <a:off x="0" y="0"/>
                      <a:ext cx="1127760" cy="563880"/>
                    </a:xfrm>
                    <a:prstGeom prst="rect">
                      <a:avLst/>
                    </a:prstGeom>
                  </pic:spPr>
                </pic:pic>
              </a:graphicData>
            </a:graphic>
            <wp14:sizeRelH relativeFrom="margin">
              <wp14:pctWidth>0</wp14:pctWidth>
            </wp14:sizeRelH>
            <wp14:sizeRelV relativeFrom="margin">
              <wp14:pctHeight>0</wp14:pctHeight>
            </wp14:sizeRelV>
          </wp:anchor>
        </w:drawing>
      </w:r>
      <w:r w:rsidR="00000000" w:rsidRPr="00D51B12">
        <w:rPr>
          <w:lang w:val="nl-NL"/>
        </w:rPr>
        <w:t>Voor deelname aan beide beursdagen betaalt u € 75 per m² in totaal. Voor deelname aan één beursdag betaalt u € 50 per m². Een grotere stand is mogelijk in overleg.</w:t>
      </w:r>
    </w:p>
    <w:p w14:paraId="0F61140B" w14:textId="26BB922B" w:rsidR="00623B11" w:rsidRPr="00D51B12" w:rsidRDefault="00000000">
      <w:pPr>
        <w:rPr>
          <w:lang w:val="nl-NL"/>
        </w:rPr>
      </w:pPr>
      <w:r w:rsidRPr="00D51B12">
        <w:rPr>
          <w:b/>
          <w:lang w:val="nl-NL"/>
        </w:rPr>
        <w:t>Ik kies voor:</w:t>
      </w:r>
    </w:p>
    <w:p w14:paraId="1A4AAFC2" w14:textId="31BDDF65" w:rsidR="00623B11" w:rsidRPr="00D51B12" w:rsidRDefault="00000000">
      <w:pPr>
        <w:rPr>
          <w:lang w:val="nl-NL"/>
        </w:rPr>
      </w:pPr>
      <w:r w:rsidRPr="00D51B12">
        <w:rPr>
          <w:lang w:val="nl-NL"/>
        </w:rPr>
        <w:lastRenderedPageBreak/>
        <w:t>☐ Beide dagen: zaterdag 1 en zondag 2 mei 2027</w:t>
      </w:r>
      <w:r w:rsidRPr="00D51B12">
        <w:rPr>
          <w:lang w:val="nl-NL"/>
        </w:rPr>
        <w:br/>
        <w:t>☐ Alleen zaterdag 1 mei 2027</w:t>
      </w:r>
      <w:r w:rsidRPr="00D51B12">
        <w:rPr>
          <w:lang w:val="nl-NL"/>
        </w:rPr>
        <w:br/>
        <w:t>☐ Alleen zondag 2 mei 2027</w:t>
      </w:r>
    </w:p>
    <w:p w14:paraId="3E455D13" w14:textId="359F7C41" w:rsidR="00623B11" w:rsidRPr="00D51B12" w:rsidRDefault="00000000">
      <w:pPr>
        <w:rPr>
          <w:lang w:val="nl-NL"/>
        </w:rPr>
      </w:pPr>
      <w:r w:rsidRPr="00D51B12">
        <w:rPr>
          <w:lang w:val="nl-NL"/>
        </w:rPr>
        <w:t>Afgesproken prijs exclusief btw: € ........................   Btw (21%): € ........................</w:t>
      </w:r>
      <w:r w:rsidRPr="00D51B12">
        <w:rPr>
          <w:lang w:val="nl-NL"/>
        </w:rPr>
        <w:br/>
        <w:t>Totaal inclusief btw: € ........................................</w:t>
      </w:r>
    </w:p>
    <w:p w14:paraId="47318418" w14:textId="77777777" w:rsidR="00D51B12" w:rsidRDefault="00D51B12" w:rsidP="00D51B12">
      <w:pPr>
        <w:rPr>
          <w:lang w:val="nl-NL"/>
        </w:rPr>
      </w:pPr>
    </w:p>
    <w:p w14:paraId="4F76837A" w14:textId="77777777" w:rsidR="00D51B12" w:rsidRDefault="00D51B12" w:rsidP="00D51B12">
      <w:pPr>
        <w:rPr>
          <w:lang w:val="nl-NL"/>
        </w:rPr>
      </w:pPr>
    </w:p>
    <w:p w14:paraId="40204870" w14:textId="51A559E5" w:rsidR="00623B11" w:rsidRPr="00D51B12" w:rsidRDefault="00000000" w:rsidP="00D51B12">
      <w:pPr>
        <w:rPr>
          <w:b/>
          <w:bCs/>
          <w:lang w:val="nl-NL"/>
        </w:rPr>
      </w:pPr>
      <w:r w:rsidRPr="00D51B12">
        <w:rPr>
          <w:b/>
          <w:bCs/>
          <w:lang w:val="nl-NL"/>
        </w:rPr>
        <w:t>3  Wat is inbegrepen</w:t>
      </w:r>
    </w:p>
    <w:p w14:paraId="3187D385" w14:textId="77777777" w:rsidR="00623B11" w:rsidRPr="00D51B12" w:rsidRDefault="00000000">
      <w:pPr>
        <w:rPr>
          <w:lang w:val="nl-NL"/>
        </w:rPr>
      </w:pPr>
      <w:r w:rsidRPr="00D51B12">
        <w:rPr>
          <w:lang w:val="nl-NL"/>
        </w:rPr>
        <w:t xml:space="preserve">Bij de </w:t>
      </w:r>
      <w:proofErr w:type="spellStart"/>
      <w:r w:rsidRPr="00D51B12">
        <w:rPr>
          <w:lang w:val="nl-NL"/>
        </w:rPr>
        <w:t>standhuur</w:t>
      </w:r>
      <w:proofErr w:type="spellEnd"/>
      <w:r w:rsidRPr="00D51B12">
        <w:rPr>
          <w:lang w:val="nl-NL"/>
        </w:rPr>
        <w:t xml:space="preserve"> zijn inbegrepen:</w:t>
      </w:r>
    </w:p>
    <w:p w14:paraId="42CA5F32" w14:textId="536DA916" w:rsidR="00623B11" w:rsidRPr="00D51B12" w:rsidRDefault="00000000">
      <w:pPr>
        <w:pStyle w:val="Lijstopsomteken"/>
        <w:rPr>
          <w:lang w:val="nl-NL"/>
        </w:rPr>
      </w:pPr>
      <w:r w:rsidRPr="00D51B12">
        <w:rPr>
          <w:lang w:val="nl-NL"/>
        </w:rPr>
        <w:t>Gebruik van elektriciteit, binnen de afgesproken stroomcapaciteit.</w:t>
      </w:r>
    </w:p>
    <w:p w14:paraId="68B2DEBF" w14:textId="30BC41E6" w:rsidR="00623B11" w:rsidRPr="00D51B12" w:rsidRDefault="00000000">
      <w:pPr>
        <w:pStyle w:val="Lijstopsomteken"/>
        <w:rPr>
          <w:lang w:val="nl-NL"/>
        </w:rPr>
      </w:pPr>
      <w:r w:rsidRPr="00D51B12">
        <w:rPr>
          <w:lang w:val="nl-NL"/>
        </w:rPr>
        <w:t>Basisvloerbedekking van antraciet tegels, als u die wenst.</w:t>
      </w:r>
    </w:p>
    <w:p w14:paraId="31184092" w14:textId="77777777" w:rsidR="00623B11" w:rsidRPr="00D51B12" w:rsidRDefault="00000000">
      <w:pPr>
        <w:pStyle w:val="Lijstopsomteken"/>
        <w:rPr>
          <w:lang w:val="nl-NL"/>
        </w:rPr>
      </w:pPr>
      <w:r w:rsidRPr="00D51B12">
        <w:rPr>
          <w:lang w:val="nl-NL"/>
        </w:rPr>
        <w:t>Basistussenschotten in een uitvoering die de organisatie bepaalt.</w:t>
      </w:r>
    </w:p>
    <w:p w14:paraId="0A71EC32" w14:textId="1FC09903" w:rsidR="00623B11" w:rsidRPr="00D51B12" w:rsidRDefault="00000000">
      <w:pPr>
        <w:rPr>
          <w:lang w:val="nl-NL"/>
        </w:rPr>
      </w:pPr>
      <w:r w:rsidRPr="00D51B12">
        <w:rPr>
          <w:lang w:val="nl-NL"/>
        </w:rPr>
        <w:t>Vloerbedekking gewenst: ☐ Ja ☐ Nee</w:t>
      </w:r>
      <w:r w:rsidRPr="00D51B12">
        <w:rPr>
          <w:lang w:val="nl-NL"/>
        </w:rPr>
        <w:br/>
        <w:t>Afgesproken stroomcapaciteit: ...........</w:t>
      </w:r>
      <w:proofErr w:type="spellStart"/>
      <w:r w:rsidR="00D51B12">
        <w:rPr>
          <w:lang w:val="nl-NL"/>
        </w:rPr>
        <w:t>Amp</w:t>
      </w:r>
      <w:proofErr w:type="spellEnd"/>
    </w:p>
    <w:p w14:paraId="4F7EF4C2" w14:textId="77777777" w:rsidR="00623B11" w:rsidRPr="00D51B12" w:rsidRDefault="00000000">
      <w:pPr>
        <w:rPr>
          <w:lang w:val="nl-NL"/>
        </w:rPr>
      </w:pPr>
      <w:r w:rsidRPr="00D51B12">
        <w:rPr>
          <w:lang w:val="nl-NL"/>
        </w:rPr>
        <w:t>U zorgt zelf voor de inrichting en extra verlichting van uw stand. Neem twee veilige kabelhaspels mee. Rol deze bij gebruik volledig af.</w:t>
      </w:r>
    </w:p>
    <w:p w14:paraId="548091F7" w14:textId="5DE78363" w:rsidR="00623B11" w:rsidRPr="00D51B12" w:rsidRDefault="00000000">
      <w:pPr>
        <w:rPr>
          <w:lang w:val="nl-NL"/>
        </w:rPr>
      </w:pPr>
      <w:r w:rsidRPr="00D51B12">
        <w:rPr>
          <w:lang w:val="nl-NL"/>
        </w:rPr>
        <w:t xml:space="preserve">Enkele maanden vóór de beurs ontvangt u een link om extra materialen te huren, zoals tafels, stoelen en een balie. </w:t>
      </w:r>
      <w:r w:rsidR="00D51B12">
        <w:rPr>
          <w:lang w:val="nl-NL"/>
        </w:rPr>
        <w:t xml:space="preserve">Dit geschied door een toelevering bedrijf, en gaat geheel buiten de organisatie om. </w:t>
      </w:r>
    </w:p>
    <w:p w14:paraId="636C8240" w14:textId="614F64BF" w:rsidR="00623B11" w:rsidRPr="00D51B12" w:rsidRDefault="00000000">
      <w:pPr>
        <w:pStyle w:val="Kop1"/>
        <w:rPr>
          <w:lang w:val="nl-NL"/>
        </w:rPr>
      </w:pPr>
      <w:r w:rsidRPr="00D51B12">
        <w:rPr>
          <w:lang w:val="nl-NL"/>
        </w:rPr>
        <w:t>4  De plaats van uw stand</w:t>
      </w:r>
    </w:p>
    <w:p w14:paraId="54CDC311" w14:textId="08D63B8A" w:rsidR="00623B11" w:rsidRPr="00D51B12" w:rsidRDefault="00000000">
      <w:pPr>
        <w:rPr>
          <w:lang w:val="nl-NL"/>
        </w:rPr>
      </w:pPr>
      <w:r w:rsidRPr="00D51B12">
        <w:rPr>
          <w:lang w:val="nl-NL"/>
        </w:rPr>
        <w:t>U ontvangt zo snel mogelijk een plattegrond waarop u uw voorkeur kunt aangeven. Uw standplaats is definitief zodra de organisatie deze schriftelijk bevestigt.</w:t>
      </w:r>
    </w:p>
    <w:p w14:paraId="74C139A4" w14:textId="18CA9298" w:rsidR="00623B11" w:rsidRPr="00D51B12" w:rsidRDefault="00000000">
      <w:pPr>
        <w:rPr>
          <w:lang w:val="nl-NL"/>
        </w:rPr>
      </w:pPr>
      <w:r w:rsidRPr="00D51B12">
        <w:rPr>
          <w:lang w:val="nl-NL"/>
        </w:rPr>
        <w:t>Soms is een aanpassing nodig vanwege de indeling of veiligheid. De organisatie overlegt dan met u en biedt een gelijkwaardige plek met dezelfde oppervlakte aan. Is dat niet mogelijk, dan bespreken we een passende oplossing. U hoeft een kleinere of duidelijk minder gunstige stand niet te accepteren en kunt in dat geval kosteloos annuleren. Uw betaling wordt dan binnen 30 dagen teruggestort.</w:t>
      </w:r>
    </w:p>
    <w:p w14:paraId="33CD39F2" w14:textId="312D319F" w:rsidR="00623B11" w:rsidRPr="00D51B12" w:rsidRDefault="00000000">
      <w:pPr>
        <w:pStyle w:val="Kop1"/>
        <w:rPr>
          <w:lang w:val="nl-NL"/>
        </w:rPr>
      </w:pPr>
      <w:r w:rsidRPr="00D51B12">
        <w:rPr>
          <w:lang w:val="nl-NL"/>
        </w:rPr>
        <w:t>5  Opbouw en afbouw</w:t>
      </w:r>
    </w:p>
    <w:p w14:paraId="6334CC02" w14:textId="77777777" w:rsidR="00623B11" w:rsidRPr="00D51B12" w:rsidRDefault="00000000">
      <w:pPr>
        <w:rPr>
          <w:lang w:val="nl-NL"/>
        </w:rPr>
      </w:pPr>
      <w:r w:rsidRPr="00D51B12">
        <w:rPr>
          <w:b/>
          <w:lang w:val="nl-NL"/>
        </w:rPr>
        <w:t>Opbouw</w:t>
      </w:r>
    </w:p>
    <w:p w14:paraId="7B83536C" w14:textId="77777777" w:rsidR="00623B11" w:rsidRPr="00D51B12" w:rsidRDefault="00000000">
      <w:pPr>
        <w:pStyle w:val="Lijstopsomteken"/>
        <w:rPr>
          <w:lang w:val="nl-NL"/>
        </w:rPr>
      </w:pPr>
      <w:r w:rsidRPr="00D51B12">
        <w:rPr>
          <w:lang w:val="nl-NL"/>
        </w:rPr>
        <w:t>Donderdag 29 april 2027: van 08.00 tot 20.00 uur.</w:t>
      </w:r>
    </w:p>
    <w:p w14:paraId="7824493F" w14:textId="77777777" w:rsidR="00623B11" w:rsidRPr="00D51B12" w:rsidRDefault="00000000">
      <w:pPr>
        <w:pStyle w:val="Lijstopsomteken"/>
        <w:rPr>
          <w:lang w:val="nl-NL"/>
        </w:rPr>
      </w:pPr>
      <w:r w:rsidRPr="00D51B12">
        <w:rPr>
          <w:lang w:val="nl-NL"/>
        </w:rPr>
        <w:t>Vrijdag 30 april 2027: van 08.00 tot 20.00 uur.</w:t>
      </w:r>
    </w:p>
    <w:p w14:paraId="231AEF33" w14:textId="77777777" w:rsidR="00623B11" w:rsidRDefault="00000000">
      <w:proofErr w:type="spellStart"/>
      <w:r>
        <w:rPr>
          <w:b/>
        </w:rPr>
        <w:t>Openingstijden</w:t>
      </w:r>
      <w:proofErr w:type="spellEnd"/>
      <w:r>
        <w:rPr>
          <w:b/>
        </w:rPr>
        <w:t xml:space="preserve"> </w:t>
      </w:r>
      <w:proofErr w:type="spellStart"/>
      <w:r>
        <w:rPr>
          <w:b/>
        </w:rPr>
        <w:t>voor</w:t>
      </w:r>
      <w:proofErr w:type="spellEnd"/>
      <w:r>
        <w:rPr>
          <w:b/>
        </w:rPr>
        <w:t xml:space="preserve"> </w:t>
      </w:r>
      <w:proofErr w:type="spellStart"/>
      <w:r>
        <w:rPr>
          <w:b/>
        </w:rPr>
        <w:t>bezoekers</w:t>
      </w:r>
      <w:proofErr w:type="spellEnd"/>
    </w:p>
    <w:p w14:paraId="5B572E00" w14:textId="287D3939" w:rsidR="00623B11" w:rsidRPr="00D51B12" w:rsidRDefault="00000000">
      <w:pPr>
        <w:pStyle w:val="Lijstopsomteken"/>
        <w:rPr>
          <w:lang w:val="nl-NL"/>
        </w:rPr>
      </w:pPr>
      <w:r w:rsidRPr="00D51B12">
        <w:rPr>
          <w:lang w:val="nl-NL"/>
        </w:rPr>
        <w:t>Zaterdag 1 mei: van ................ tot ................ uur.</w:t>
      </w:r>
    </w:p>
    <w:p w14:paraId="3A8C91DD" w14:textId="75BAF031" w:rsidR="00623B11" w:rsidRPr="00D51B12" w:rsidRDefault="00000000">
      <w:pPr>
        <w:pStyle w:val="Lijstopsomteken"/>
        <w:rPr>
          <w:lang w:val="nl-NL"/>
        </w:rPr>
      </w:pPr>
      <w:r w:rsidRPr="00D51B12">
        <w:rPr>
          <w:lang w:val="nl-NL"/>
        </w:rPr>
        <w:t>Zondag 2 mei: van ................ tot ................ uur.</w:t>
      </w:r>
    </w:p>
    <w:p w14:paraId="3DC49949" w14:textId="77777777" w:rsidR="00623B11" w:rsidRPr="00D51B12" w:rsidRDefault="00000000">
      <w:pPr>
        <w:rPr>
          <w:lang w:val="nl-NL"/>
        </w:rPr>
      </w:pPr>
      <w:r w:rsidRPr="00D51B12">
        <w:rPr>
          <w:b/>
          <w:lang w:val="nl-NL"/>
        </w:rPr>
        <w:t>Afbouw</w:t>
      </w:r>
    </w:p>
    <w:p w14:paraId="3A3962BB" w14:textId="77777777" w:rsidR="00623B11" w:rsidRDefault="00000000">
      <w:r w:rsidRPr="00D51B12">
        <w:rPr>
          <w:lang w:val="nl-NL"/>
        </w:rPr>
        <w:t xml:space="preserve">Tijdens de openingsuren van uw gekozen beursdag of beursdagen blijft uw stand volledig ingericht en bemand. </w:t>
      </w:r>
      <w:proofErr w:type="spellStart"/>
      <w:r>
        <w:t>Eerder</w:t>
      </w:r>
      <w:proofErr w:type="spellEnd"/>
      <w:r>
        <w:t xml:space="preserve"> </w:t>
      </w:r>
      <w:proofErr w:type="spellStart"/>
      <w:r>
        <w:t>afbouwen</w:t>
      </w:r>
      <w:proofErr w:type="spellEnd"/>
      <w:r>
        <w:t xml:space="preserve"> is </w:t>
      </w:r>
      <w:proofErr w:type="spellStart"/>
      <w:r>
        <w:t>niet</w:t>
      </w:r>
      <w:proofErr w:type="spellEnd"/>
      <w:r>
        <w:t xml:space="preserve"> toegestaan.</w:t>
      </w:r>
    </w:p>
    <w:p w14:paraId="468D7846" w14:textId="77777777" w:rsidR="00623B11" w:rsidRPr="00D51B12" w:rsidRDefault="00000000">
      <w:pPr>
        <w:pStyle w:val="Lijstopsomteken"/>
        <w:rPr>
          <w:lang w:val="nl-NL"/>
        </w:rPr>
      </w:pPr>
      <w:r w:rsidRPr="00D51B12">
        <w:rPr>
          <w:lang w:val="nl-NL"/>
        </w:rPr>
        <w:t>Bij deelname aan één dag mag u na sluiting van die beursdag afbouwen, tot maximaal twee uur daarna.</w:t>
      </w:r>
    </w:p>
    <w:p w14:paraId="3C4BF530" w14:textId="0DD7C1F6" w:rsidR="00623B11" w:rsidRPr="00D51B12" w:rsidRDefault="00000000">
      <w:pPr>
        <w:pStyle w:val="Lijstopsomteken"/>
        <w:rPr>
          <w:lang w:val="nl-NL"/>
        </w:rPr>
      </w:pPr>
      <w:r w:rsidRPr="00D51B12">
        <w:rPr>
          <w:lang w:val="nl-NL"/>
        </w:rPr>
        <w:t>Bij deelname aan beide dagen mag u op zondag na sluiting afbouwen, tot uiterlijk 21.00 uur.</w:t>
      </w:r>
    </w:p>
    <w:p w14:paraId="490A1185" w14:textId="7265D800" w:rsidR="00623B11" w:rsidRPr="00D51B12" w:rsidRDefault="00000000">
      <w:pPr>
        <w:rPr>
          <w:lang w:val="nl-NL"/>
        </w:rPr>
      </w:pPr>
      <w:r w:rsidRPr="00D51B12">
        <w:rPr>
          <w:lang w:val="nl-NL"/>
        </w:rPr>
        <w:t xml:space="preserve">Afwijkende afspraken </w:t>
      </w:r>
      <w:r w:rsidR="00D51B12">
        <w:rPr>
          <w:lang w:val="nl-NL"/>
        </w:rPr>
        <w:t>gaan in overleg met de organisatie, en de locatie beheerder van Breepark.</w:t>
      </w:r>
    </w:p>
    <w:p w14:paraId="224F086A" w14:textId="1566D056" w:rsidR="00623B11" w:rsidRPr="00D51B12" w:rsidRDefault="0008123F">
      <w:pPr>
        <w:rPr>
          <w:lang w:val="nl-NL"/>
        </w:rPr>
      </w:pPr>
      <w:r>
        <w:rPr>
          <w:noProof/>
          <w:lang w:val="nl-NL"/>
        </w:rPr>
        <w:drawing>
          <wp:anchor distT="0" distB="0" distL="114300" distR="114300" simplePos="0" relativeHeight="251664384" behindDoc="1" locked="0" layoutInCell="1" allowOverlap="1" wp14:anchorId="0DFA0B37" wp14:editId="7569D2C7">
            <wp:simplePos x="0" y="0"/>
            <wp:positionH relativeFrom="column">
              <wp:posOffset>2590800</wp:posOffset>
            </wp:positionH>
            <wp:positionV relativeFrom="paragraph">
              <wp:posOffset>694055</wp:posOffset>
            </wp:positionV>
            <wp:extent cx="1127760" cy="563880"/>
            <wp:effectExtent l="0" t="0" r="0" b="7620"/>
            <wp:wrapNone/>
            <wp:docPr id="5043721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33716" name="Afbeelding 1634933716"/>
                    <pic:cNvPicPr/>
                  </pic:nvPicPr>
                  <pic:blipFill>
                    <a:blip r:embed="rId8"/>
                    <a:stretch>
                      <a:fillRect/>
                    </a:stretch>
                  </pic:blipFill>
                  <pic:spPr>
                    <a:xfrm>
                      <a:off x="0" y="0"/>
                      <a:ext cx="1127760" cy="563880"/>
                    </a:xfrm>
                    <a:prstGeom prst="rect">
                      <a:avLst/>
                    </a:prstGeom>
                  </pic:spPr>
                </pic:pic>
              </a:graphicData>
            </a:graphic>
            <wp14:sizeRelH relativeFrom="margin">
              <wp14:pctWidth>0</wp14:pctWidth>
            </wp14:sizeRelH>
            <wp14:sizeRelV relativeFrom="margin">
              <wp14:pctHeight>0</wp14:pctHeight>
            </wp14:sizeRelV>
          </wp:anchor>
        </w:drawing>
      </w:r>
      <w:r w:rsidR="00000000" w:rsidRPr="00D51B12">
        <w:rPr>
          <w:lang w:val="nl-NL"/>
        </w:rPr>
        <w:br w:type="page"/>
      </w:r>
    </w:p>
    <w:p w14:paraId="4D028FF7" w14:textId="27236F05" w:rsidR="00623B11" w:rsidRPr="00D51B12" w:rsidRDefault="00000000">
      <w:pPr>
        <w:pStyle w:val="Kop1"/>
        <w:rPr>
          <w:lang w:val="nl-NL"/>
        </w:rPr>
      </w:pPr>
      <w:r w:rsidRPr="00D51B12">
        <w:rPr>
          <w:lang w:val="nl-NL"/>
        </w:rPr>
        <w:lastRenderedPageBreak/>
        <w:t>6  Betaling</w:t>
      </w:r>
    </w:p>
    <w:p w14:paraId="6B853FA2" w14:textId="0635A9FF" w:rsidR="00D51B12" w:rsidRPr="00D51B12" w:rsidRDefault="00000000">
      <w:pPr>
        <w:rPr>
          <w:lang w:val="nl-NL"/>
        </w:rPr>
      </w:pPr>
      <w:r w:rsidRPr="00D51B12">
        <w:rPr>
          <w:lang w:val="nl-NL"/>
        </w:rPr>
        <w:t xml:space="preserve">U betaalt de factuur binnen </w:t>
      </w:r>
      <w:r w:rsidR="00D51B12">
        <w:rPr>
          <w:lang w:val="nl-NL"/>
        </w:rPr>
        <w:t>21</w:t>
      </w:r>
      <w:r w:rsidRPr="00D51B12">
        <w:rPr>
          <w:lang w:val="nl-NL"/>
        </w:rPr>
        <w:t xml:space="preserve"> dagen na ontvangst.</w:t>
      </w:r>
    </w:p>
    <w:p w14:paraId="70D3C97D" w14:textId="62737790" w:rsidR="00623B11" w:rsidRPr="00D51B12" w:rsidRDefault="00000000">
      <w:pPr>
        <w:rPr>
          <w:lang w:val="nl-NL"/>
        </w:rPr>
      </w:pPr>
      <w:r w:rsidRPr="00D51B12">
        <w:rPr>
          <w:lang w:val="nl-NL"/>
        </w:rPr>
        <w:t>Heeft u niet op tijd betaald? Dan ontvangt u een schriftelijke herinnering en krijgt u nog zeven dagen om te betalen. Daarna kan de organisatie uw reservering beëindigen en de stand aan iemand anders verhuren. Eventuele wettelijk verschuldigde rente en incassokosten kunnen worden doorberekend.</w:t>
      </w:r>
      <w:r w:rsidR="00D51B12">
        <w:rPr>
          <w:lang w:val="nl-NL"/>
        </w:rPr>
        <w:t xml:space="preserve"> Andere betalingsvoorwaarden kunnen alleen met toestemming van de organisatie.</w:t>
      </w:r>
    </w:p>
    <w:p w14:paraId="07E5C244" w14:textId="77777777" w:rsidR="00623B11" w:rsidRPr="00D51B12" w:rsidRDefault="00000000">
      <w:pPr>
        <w:pStyle w:val="Kop1"/>
        <w:rPr>
          <w:lang w:val="nl-NL"/>
        </w:rPr>
      </w:pPr>
      <w:r w:rsidRPr="00D51B12">
        <w:rPr>
          <w:lang w:val="nl-NL"/>
        </w:rPr>
        <w:t>7  Afspraken tijdens de beurs</w:t>
      </w:r>
    </w:p>
    <w:p w14:paraId="145A55F1" w14:textId="77777777" w:rsidR="00623B11" w:rsidRPr="00D51B12" w:rsidRDefault="00000000">
      <w:pPr>
        <w:rPr>
          <w:lang w:val="nl-NL"/>
        </w:rPr>
      </w:pPr>
      <w:r w:rsidRPr="00D51B12">
        <w:rPr>
          <w:lang w:val="nl-NL"/>
        </w:rPr>
        <w:t>Als standhouder:</w:t>
      </w:r>
    </w:p>
    <w:p w14:paraId="689FAA9B" w14:textId="421D13CD" w:rsidR="00623B11" w:rsidRPr="00D51B12" w:rsidRDefault="00000000">
      <w:pPr>
        <w:pStyle w:val="Lijstopsomteken"/>
        <w:rPr>
          <w:lang w:val="nl-NL"/>
        </w:rPr>
      </w:pPr>
      <w:r w:rsidRPr="00D51B12">
        <w:rPr>
          <w:lang w:val="nl-NL"/>
        </w:rPr>
        <w:t>Houdt u uw stand schoon, netjes en veilig.</w:t>
      </w:r>
    </w:p>
    <w:p w14:paraId="5060F504" w14:textId="77777777" w:rsidR="00623B11" w:rsidRPr="00D51B12" w:rsidRDefault="00000000">
      <w:pPr>
        <w:pStyle w:val="Lijstopsomteken"/>
        <w:rPr>
          <w:lang w:val="nl-NL"/>
        </w:rPr>
      </w:pPr>
      <w:r w:rsidRPr="00D51B12">
        <w:rPr>
          <w:lang w:val="nl-NL"/>
        </w:rPr>
        <w:t>Houdt u looppaden en nooduitgangen vrij.</w:t>
      </w:r>
    </w:p>
    <w:p w14:paraId="32A48C32" w14:textId="21C61D32" w:rsidR="00623B11" w:rsidRPr="00D51B12" w:rsidRDefault="00000000">
      <w:pPr>
        <w:pStyle w:val="Lijstopsomteken"/>
        <w:rPr>
          <w:lang w:val="nl-NL"/>
        </w:rPr>
      </w:pPr>
      <w:r w:rsidRPr="00D51B12">
        <w:rPr>
          <w:lang w:val="nl-NL"/>
        </w:rPr>
        <w:t>Volgt u redelijke aanwijzingen van de organisatie en Breepark op.</w:t>
      </w:r>
    </w:p>
    <w:p w14:paraId="6DA329A9" w14:textId="46F3AE11" w:rsidR="00623B11" w:rsidRPr="00D51B12" w:rsidRDefault="00000000">
      <w:pPr>
        <w:pStyle w:val="Lijstopsomteken"/>
        <w:rPr>
          <w:lang w:val="nl-NL"/>
        </w:rPr>
      </w:pPr>
      <w:r w:rsidRPr="00D51B12">
        <w:rPr>
          <w:lang w:val="nl-NL"/>
        </w:rPr>
        <w:t>Zorgt u dat uw producten en activiteiten aan de geldende regels voldoen.</w:t>
      </w:r>
    </w:p>
    <w:p w14:paraId="27822DE2" w14:textId="77777777" w:rsidR="00623B11" w:rsidRPr="00D51B12" w:rsidRDefault="00000000">
      <w:pPr>
        <w:pStyle w:val="Lijstopsomteken"/>
        <w:rPr>
          <w:lang w:val="nl-NL"/>
        </w:rPr>
      </w:pPr>
      <w:r w:rsidRPr="00D51B12">
        <w:rPr>
          <w:lang w:val="nl-NL"/>
        </w:rPr>
        <w:t>Geeft u uw stand niet zonder schriftelijke toestemming aan een ander in gebruik.</w:t>
      </w:r>
    </w:p>
    <w:p w14:paraId="482709BF" w14:textId="5E505AB3" w:rsidR="00623B11" w:rsidRPr="00D51B12" w:rsidRDefault="00000000">
      <w:pPr>
        <w:pStyle w:val="Lijstopsomteken"/>
        <w:rPr>
          <w:lang w:val="nl-NL"/>
        </w:rPr>
      </w:pPr>
      <w:r w:rsidRPr="00D51B12">
        <w:rPr>
          <w:lang w:val="nl-NL"/>
        </w:rPr>
        <w:t>Verwijdert u na afloop uw spullen en afval en laat u de stand in de oorspronkelijke staat achter.</w:t>
      </w:r>
    </w:p>
    <w:p w14:paraId="1CADCBA4" w14:textId="77777777" w:rsidR="00623B11" w:rsidRPr="00D51B12" w:rsidRDefault="00000000">
      <w:pPr>
        <w:rPr>
          <w:lang w:val="nl-NL"/>
        </w:rPr>
      </w:pPr>
      <w:r w:rsidRPr="00D51B12">
        <w:rPr>
          <w:b/>
          <w:lang w:val="nl-NL"/>
        </w:rPr>
        <w:t>Welke producten of activiteiten biedt u aan?</w:t>
      </w:r>
    </w:p>
    <w:p w14:paraId="526A1198" w14:textId="66E89D3A" w:rsidR="00623B11" w:rsidRPr="00D51B12" w:rsidRDefault="00000000">
      <w:pPr>
        <w:rPr>
          <w:lang w:val="nl-NL"/>
        </w:rPr>
      </w:pPr>
      <w:r w:rsidRPr="00D51B12">
        <w:rPr>
          <w:lang w:val="nl-NL"/>
        </w:rPr>
        <w:t>...................................................................................................................................</w:t>
      </w:r>
      <w:r w:rsidRPr="00D51B12">
        <w:rPr>
          <w:lang w:val="nl-NL"/>
        </w:rPr>
        <w:br/>
        <w:t>...................................................................................................................................</w:t>
      </w:r>
    </w:p>
    <w:p w14:paraId="4A31C4D7" w14:textId="4981731B" w:rsidR="00623B11" w:rsidRPr="00D51B12" w:rsidRDefault="00000000">
      <w:pPr>
        <w:pStyle w:val="Kop1"/>
        <w:rPr>
          <w:lang w:val="nl-NL"/>
        </w:rPr>
      </w:pPr>
      <w:r w:rsidRPr="00D51B12">
        <w:rPr>
          <w:lang w:val="nl-NL"/>
        </w:rPr>
        <w:t>8  Schade en verzekering</w:t>
      </w:r>
    </w:p>
    <w:p w14:paraId="72595707" w14:textId="00628E4B" w:rsidR="00623B11" w:rsidRPr="00D51B12" w:rsidRDefault="00000000">
      <w:pPr>
        <w:rPr>
          <w:lang w:val="nl-NL"/>
        </w:rPr>
      </w:pPr>
      <w:r w:rsidRPr="00D51B12">
        <w:rPr>
          <w:lang w:val="nl-NL"/>
        </w:rPr>
        <w:t>U bent verantwoordelijk voor schade die u, uw medewerkers of uw vertegenwoordigers veroorzaken. Normale slijtage valt daar niet onder. Meld schade zo snel mogelijk bij de organisatie.</w:t>
      </w:r>
    </w:p>
    <w:p w14:paraId="686C8919" w14:textId="453BE1DC" w:rsidR="00623B11" w:rsidRPr="00D51B12" w:rsidRDefault="00000000">
      <w:pPr>
        <w:rPr>
          <w:lang w:val="nl-NL"/>
        </w:rPr>
      </w:pPr>
      <w:r w:rsidRPr="00D51B12">
        <w:rPr>
          <w:lang w:val="nl-NL"/>
        </w:rPr>
        <w:t>Eventuele herstel- of schoonmaakkosten worden uitgelegd en met bewijsstukken onderbouwd. De organisatie blijft zelf verantwoordelijk voor schade die aan haar is toe te rekenen.</w:t>
      </w:r>
    </w:p>
    <w:p w14:paraId="26D4711B" w14:textId="10C088DA" w:rsidR="00623B11" w:rsidRPr="00D51B12" w:rsidRDefault="00000000">
      <w:pPr>
        <w:rPr>
          <w:lang w:val="nl-NL"/>
        </w:rPr>
      </w:pPr>
      <w:r w:rsidRPr="00D51B12">
        <w:rPr>
          <w:lang w:val="nl-NL"/>
        </w:rPr>
        <w:t>U zorgt voor uw eigen spullen en een passende bedrijfsaansprakelijkheidsverzekering die uw deelname in Nederland dekt. De organisatie biedt geen bewaarneming van uw goederen.</w:t>
      </w:r>
    </w:p>
    <w:p w14:paraId="3F03D74D" w14:textId="5D4E5107" w:rsidR="00623B11" w:rsidRPr="00D51B12" w:rsidRDefault="00000000">
      <w:pPr>
        <w:pStyle w:val="Kop1"/>
        <w:rPr>
          <w:lang w:val="nl-NL"/>
        </w:rPr>
      </w:pPr>
      <w:r w:rsidRPr="00D51B12">
        <w:rPr>
          <w:lang w:val="nl-NL"/>
        </w:rPr>
        <w:t xml:space="preserve">9  Annulering en </w:t>
      </w:r>
      <w:r w:rsidR="00EA58BB">
        <w:rPr>
          <w:lang w:val="nl-NL"/>
        </w:rPr>
        <w:t>betalingsverplichting.</w:t>
      </w:r>
    </w:p>
    <w:p w14:paraId="11676B2F" w14:textId="77777777" w:rsidR="00623B11" w:rsidRPr="00D51B12" w:rsidRDefault="00000000">
      <w:pPr>
        <w:rPr>
          <w:lang w:val="nl-NL"/>
        </w:rPr>
      </w:pPr>
      <w:r w:rsidRPr="00D51B12">
        <w:rPr>
          <w:b/>
          <w:lang w:val="nl-NL"/>
        </w:rPr>
        <w:t>Als u zelf annuleert</w:t>
      </w:r>
    </w:p>
    <w:p w14:paraId="6D9B2089" w14:textId="1BF8D04F" w:rsidR="00623B11" w:rsidRDefault="00EA58BB">
      <w:pPr>
        <w:rPr>
          <w:lang w:val="nl-NL"/>
        </w:rPr>
      </w:pPr>
      <w:r>
        <w:rPr>
          <w:lang w:val="nl-NL"/>
        </w:rPr>
        <w:t xml:space="preserve">Door ondertekening van deze overeenkomst verbindt de standhouder zich tot deelname aan de </w:t>
      </w:r>
      <w:proofErr w:type="spellStart"/>
      <w:r w:rsidRPr="00EA58BB">
        <w:rPr>
          <w:b/>
          <w:bCs/>
          <w:lang w:val="nl-NL"/>
        </w:rPr>
        <w:t>Athletix</w:t>
      </w:r>
      <w:proofErr w:type="spellEnd"/>
      <w:r w:rsidRPr="00EA58BB">
        <w:rPr>
          <w:b/>
          <w:bCs/>
          <w:lang w:val="nl-NL"/>
        </w:rPr>
        <w:t xml:space="preserve"> Fit Expo</w:t>
      </w:r>
      <w:r>
        <w:rPr>
          <w:lang w:val="nl-NL"/>
        </w:rPr>
        <w:t xml:space="preserve"> en tot betaling van het volledige  overeengekomen standgeld.</w:t>
      </w:r>
    </w:p>
    <w:p w14:paraId="3DA31AF2" w14:textId="179FCA0D" w:rsidR="00EA58BB" w:rsidRDefault="00EA58BB">
      <w:pPr>
        <w:rPr>
          <w:lang w:val="nl-NL"/>
        </w:rPr>
      </w:pPr>
      <w:r>
        <w:rPr>
          <w:lang w:val="nl-NL"/>
        </w:rPr>
        <w:t>De overeenkomst is vanaf het moment van totstandkoming bindend,  er geldt voor zakelijke standhouders geen wettelijke bedenktijd.</w:t>
      </w:r>
    </w:p>
    <w:p w14:paraId="0C547662" w14:textId="0F99070C" w:rsidR="00EA58BB" w:rsidRDefault="00EA58BB">
      <w:pPr>
        <w:rPr>
          <w:lang w:val="nl-NL"/>
        </w:rPr>
      </w:pPr>
      <w:r>
        <w:rPr>
          <w:lang w:val="nl-NL"/>
        </w:rPr>
        <w:t>Annulering door de standhouder geeft geen automatisch recht op vermindering of kwijtschelding van het overeengekomen standgeld.</w:t>
      </w:r>
    </w:p>
    <w:p w14:paraId="006AA6F7" w14:textId="59DE7579" w:rsidR="00EA58BB" w:rsidRDefault="00EA58BB">
      <w:pPr>
        <w:rPr>
          <w:lang w:val="nl-NL"/>
        </w:rPr>
      </w:pPr>
      <w:r>
        <w:rPr>
          <w:lang w:val="nl-NL"/>
        </w:rPr>
        <w:t>De betalingstermijn bedraagt 21 dagen na factuurdatum, en staat los van de verplichtingen die voortvloeien uit de getekende overeenkomst.</w:t>
      </w:r>
    </w:p>
    <w:p w14:paraId="5A528FE4" w14:textId="601F91D7" w:rsidR="00EA58BB" w:rsidRDefault="00EA58BB">
      <w:pPr>
        <w:rPr>
          <w:lang w:val="nl-NL"/>
        </w:rPr>
      </w:pPr>
      <w:r>
        <w:rPr>
          <w:lang w:val="nl-NL"/>
        </w:rPr>
        <w:t>Een eventuele annulering dient schriftelijk te worden ingediend, de organisator behoudt zich het recht voor nakoming van de overeenkomst te verlangen, voor zover wettelijk toegestaan</w:t>
      </w:r>
    </w:p>
    <w:p w14:paraId="38C3BE53" w14:textId="7D500493" w:rsidR="00EA58BB" w:rsidRPr="00D51B12" w:rsidRDefault="00EA58BB">
      <w:pPr>
        <w:rPr>
          <w:lang w:val="nl-NL"/>
        </w:rPr>
      </w:pPr>
    </w:p>
    <w:p w14:paraId="733C1BD5" w14:textId="7C87602B" w:rsidR="00623B11" w:rsidRPr="00D51B12" w:rsidRDefault="00000000">
      <w:pPr>
        <w:pStyle w:val="Kop1"/>
        <w:rPr>
          <w:lang w:val="nl-NL"/>
        </w:rPr>
      </w:pPr>
      <w:r w:rsidRPr="00D51B12">
        <w:rPr>
          <w:lang w:val="nl-NL"/>
        </w:rPr>
        <w:t>9</w:t>
      </w:r>
      <w:r w:rsidR="0008123F">
        <w:rPr>
          <w:lang w:val="nl-NL"/>
        </w:rPr>
        <w:t>a</w:t>
      </w:r>
      <w:r w:rsidRPr="00D51B12">
        <w:rPr>
          <w:lang w:val="nl-NL"/>
        </w:rPr>
        <w:t xml:space="preserve">  Annulering en wijzigingen vervolg</w:t>
      </w:r>
    </w:p>
    <w:p w14:paraId="6404A227" w14:textId="2B9E8C5A" w:rsidR="00623B11" w:rsidRPr="00D51B12" w:rsidRDefault="00000000">
      <w:pPr>
        <w:rPr>
          <w:lang w:val="nl-NL"/>
        </w:rPr>
      </w:pPr>
      <w:r w:rsidRPr="00D51B12">
        <w:rPr>
          <w:b/>
          <w:lang w:val="nl-NL"/>
        </w:rPr>
        <w:t>Als de organisatie annuleert</w:t>
      </w:r>
    </w:p>
    <w:p w14:paraId="20CDA20A" w14:textId="7AB49AF6" w:rsidR="00623B11" w:rsidRPr="00D51B12" w:rsidRDefault="0008123F">
      <w:pPr>
        <w:rPr>
          <w:lang w:val="nl-NL"/>
        </w:rPr>
      </w:pPr>
      <w:r>
        <w:rPr>
          <w:noProof/>
          <w:lang w:val="nl-NL"/>
        </w:rPr>
        <w:drawing>
          <wp:anchor distT="0" distB="0" distL="114300" distR="114300" simplePos="0" relativeHeight="251665408" behindDoc="1" locked="0" layoutInCell="1" allowOverlap="1" wp14:anchorId="25BC0A1D" wp14:editId="004153A1">
            <wp:simplePos x="0" y="0"/>
            <wp:positionH relativeFrom="column">
              <wp:posOffset>2590800</wp:posOffset>
            </wp:positionH>
            <wp:positionV relativeFrom="paragraph">
              <wp:posOffset>543560</wp:posOffset>
            </wp:positionV>
            <wp:extent cx="1127760" cy="563880"/>
            <wp:effectExtent l="0" t="0" r="0" b="7620"/>
            <wp:wrapNone/>
            <wp:docPr id="19453157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33716" name="Afbeelding 1634933716"/>
                    <pic:cNvPicPr/>
                  </pic:nvPicPr>
                  <pic:blipFill>
                    <a:blip r:embed="rId8"/>
                    <a:stretch>
                      <a:fillRect/>
                    </a:stretch>
                  </pic:blipFill>
                  <pic:spPr>
                    <a:xfrm>
                      <a:off x="0" y="0"/>
                      <a:ext cx="1127760" cy="563880"/>
                    </a:xfrm>
                    <a:prstGeom prst="rect">
                      <a:avLst/>
                    </a:prstGeom>
                  </pic:spPr>
                </pic:pic>
              </a:graphicData>
            </a:graphic>
            <wp14:sizeRelH relativeFrom="margin">
              <wp14:pctWidth>0</wp14:pctWidth>
            </wp14:sizeRelH>
            <wp14:sizeRelV relativeFrom="margin">
              <wp14:pctHeight>0</wp14:pctHeight>
            </wp14:sizeRelV>
          </wp:anchor>
        </w:drawing>
      </w:r>
      <w:r w:rsidR="00000000" w:rsidRPr="00D51B12">
        <w:rPr>
          <w:lang w:val="nl-NL"/>
        </w:rPr>
        <w:t>Gaat het evenement niet door? Dan krijgt u het betaalde bedrag voor niet-geleverde diensten binnen 30 dagen terug.</w:t>
      </w:r>
      <w:r w:rsidRPr="0008123F">
        <w:rPr>
          <w:noProof/>
          <w:lang w:val="nl-NL"/>
        </w:rPr>
        <w:t xml:space="preserve"> </w:t>
      </w:r>
    </w:p>
    <w:p w14:paraId="0BCE1461" w14:textId="78197BAE" w:rsidR="00623B11" w:rsidRPr="00D51B12" w:rsidRDefault="00000000">
      <w:pPr>
        <w:rPr>
          <w:lang w:val="nl-NL"/>
        </w:rPr>
      </w:pPr>
      <w:r w:rsidRPr="00D51B12">
        <w:rPr>
          <w:lang w:val="nl-NL"/>
        </w:rPr>
        <w:lastRenderedPageBreak/>
        <w:t>Bij omstandigheden buiten de verantwoordelijkheid van de organisatie, zoals een onvoorzien overheidsverbod, kan het evenement worden geannuleerd. Ook dan ontvangt u uw betaling voor niet-geleverde diensten terug. Een aanvullende schadevergoeding is bij zulke overmacht niet verschuldigd.</w:t>
      </w:r>
    </w:p>
    <w:p w14:paraId="7BF0904C" w14:textId="262A5BE8" w:rsidR="00623B11" w:rsidRPr="00D51B12" w:rsidRDefault="00000000">
      <w:pPr>
        <w:rPr>
          <w:lang w:val="nl-NL"/>
        </w:rPr>
      </w:pPr>
      <w:r w:rsidRPr="00D51B12">
        <w:rPr>
          <w:lang w:val="nl-NL"/>
        </w:rPr>
        <w:t>Een andere datum of locatie wordt alleen met uw schriftelijke instemming afgesproken. Gaat u niet akkoord, dan kunt u kosteloos annuleren en ontvangt u uw betaling voor niet-geleverde diensten terug.</w:t>
      </w:r>
    </w:p>
    <w:p w14:paraId="56DCA340" w14:textId="77777777" w:rsidR="00623B11" w:rsidRPr="00D51B12" w:rsidRDefault="00000000">
      <w:pPr>
        <w:pStyle w:val="Kop1"/>
        <w:rPr>
          <w:lang w:val="nl-NL"/>
        </w:rPr>
      </w:pPr>
      <w:r w:rsidRPr="00D51B12">
        <w:rPr>
          <w:lang w:val="nl-NL"/>
        </w:rPr>
        <w:t>10  Foto’s video’s en persoonsgegevens</w:t>
      </w:r>
    </w:p>
    <w:p w14:paraId="696FC0F7" w14:textId="2B61298A" w:rsidR="00623B11" w:rsidRPr="00D51B12" w:rsidRDefault="00000000">
      <w:pPr>
        <w:rPr>
          <w:lang w:val="nl-NL"/>
        </w:rPr>
      </w:pPr>
      <w:r w:rsidRPr="00D51B12">
        <w:rPr>
          <w:lang w:val="nl-NL"/>
        </w:rPr>
        <w:t>Tijdens het evenement kunnen foto’s en video’s worden gemaakt. De organisatie houdt daarbij rekening met de privacy en rechten van de mensen die in beeld komen. Waar toestemming nodig is, wordt die apart gevraagd.</w:t>
      </w:r>
    </w:p>
    <w:p w14:paraId="7F4AA116" w14:textId="77777777" w:rsidR="00623B11" w:rsidRPr="00D51B12" w:rsidRDefault="00000000">
      <w:pPr>
        <w:rPr>
          <w:lang w:val="nl-NL"/>
        </w:rPr>
      </w:pPr>
      <w:r w:rsidRPr="00D51B12">
        <w:rPr>
          <w:lang w:val="nl-NL"/>
        </w:rPr>
        <w:t>Met uw handtekening geeft u geen algemene toestemming voor reclamebeelden van uzelf of uw medewerkers.</w:t>
      </w:r>
    </w:p>
    <w:p w14:paraId="6D12D5A1" w14:textId="72DC1A7D" w:rsidR="00623B11" w:rsidRPr="00D51B12" w:rsidRDefault="00000000">
      <w:pPr>
        <w:rPr>
          <w:lang w:val="nl-NL"/>
        </w:rPr>
      </w:pPr>
      <w:r w:rsidRPr="00D51B12">
        <w:rPr>
          <w:lang w:val="nl-NL"/>
        </w:rPr>
        <w:t xml:space="preserve">Uw contact- en factuurgegevens worden gebruikt voor uw deelname, de communicatie en de administratie. </w:t>
      </w:r>
    </w:p>
    <w:p w14:paraId="069A7F72" w14:textId="3A0D5ACD" w:rsidR="00623B11" w:rsidRPr="00D51B12" w:rsidRDefault="00000000">
      <w:pPr>
        <w:pStyle w:val="Kop1"/>
        <w:rPr>
          <w:lang w:val="nl-NL"/>
        </w:rPr>
      </w:pPr>
      <w:r w:rsidRPr="00D51B12">
        <w:rPr>
          <w:lang w:val="nl-NL"/>
        </w:rPr>
        <w:t>11  Overige afspraken</w:t>
      </w:r>
    </w:p>
    <w:p w14:paraId="7017F8ED" w14:textId="77777777" w:rsidR="00623B11" w:rsidRPr="00D51B12" w:rsidRDefault="00000000">
      <w:pPr>
        <w:rPr>
          <w:lang w:val="nl-NL"/>
        </w:rPr>
      </w:pPr>
      <w:r w:rsidRPr="00D51B12">
        <w:rPr>
          <w:lang w:val="nl-NL"/>
        </w:rPr>
        <w:t>Aanvullende afspraken leggen beide partijen schriftelijk vast. Dat mag ook per e-mail.</w:t>
      </w:r>
    </w:p>
    <w:p w14:paraId="62B584FF" w14:textId="32175114" w:rsidR="00623B11" w:rsidRDefault="00000000">
      <w:pPr>
        <w:rPr>
          <w:lang w:val="nl-NL"/>
        </w:rPr>
      </w:pPr>
      <w:r w:rsidRPr="00D51B12">
        <w:rPr>
          <w:lang w:val="nl-NL"/>
        </w:rPr>
        <w:t>Op deze overeenkomst is Nederlands recht van toepassing. Bij een meningsverschil proberen we eerst samen een oplossing te vinden. Lukt dat niet, dan gaat het geschil naar de bevoegde rechter in Breda, voor zover de wet dit toestaat.</w:t>
      </w:r>
    </w:p>
    <w:p w14:paraId="68BC0FDD" w14:textId="3088255E" w:rsidR="00623B11" w:rsidRPr="00D51B12" w:rsidRDefault="0008123F">
      <w:pPr>
        <w:rPr>
          <w:lang w:val="nl-NL"/>
        </w:rPr>
      </w:pPr>
      <w:r>
        <w:rPr>
          <w:b/>
          <w:lang w:val="nl-NL"/>
        </w:rPr>
        <w:t xml:space="preserve"> </w:t>
      </w:r>
      <w:r w:rsidR="00000000" w:rsidRPr="00D51B12">
        <w:rPr>
          <w:b/>
          <w:lang w:val="nl-NL"/>
        </w:rPr>
        <w:t>Aanvullende afspraken en bijlagen</w:t>
      </w:r>
    </w:p>
    <w:p w14:paraId="53459AC1" w14:textId="34902C87" w:rsidR="0008123F" w:rsidRDefault="00000000" w:rsidP="0008123F">
      <w:pPr>
        <w:rPr>
          <w:lang w:val="nl-NL"/>
        </w:rPr>
      </w:pPr>
      <w:r w:rsidRPr="00D51B12">
        <w:rPr>
          <w:lang w:val="nl-NL"/>
        </w:rPr>
        <w:t>...................................................................................................................................</w:t>
      </w:r>
      <w:r w:rsidRPr="00D51B12">
        <w:rPr>
          <w:lang w:val="nl-NL"/>
        </w:rPr>
        <w:br/>
        <w:t>...................................................................................................................................</w:t>
      </w:r>
      <w:r w:rsidRPr="00D51B12">
        <w:rPr>
          <w:lang w:val="nl-NL"/>
        </w:rPr>
        <w:br/>
        <w:t>...................................................................................................................................</w:t>
      </w:r>
    </w:p>
    <w:p w14:paraId="57023CAA" w14:textId="797D85E6" w:rsidR="0008123F" w:rsidRDefault="0008123F" w:rsidP="0008123F">
      <w:pPr>
        <w:rPr>
          <w:lang w:val="nl-NL"/>
        </w:rPr>
      </w:pPr>
    </w:p>
    <w:p w14:paraId="233640CE" w14:textId="304EB854" w:rsidR="00623B11" w:rsidRPr="0008123F" w:rsidRDefault="00000000" w:rsidP="0008123F">
      <w:pPr>
        <w:rPr>
          <w:b/>
          <w:bCs/>
          <w:lang w:val="nl-NL"/>
        </w:rPr>
      </w:pPr>
      <w:r w:rsidRPr="0008123F">
        <w:rPr>
          <w:b/>
          <w:bCs/>
          <w:sz w:val="26"/>
          <w:szCs w:val="26"/>
          <w:lang w:val="nl-NL"/>
        </w:rPr>
        <w:t>12</w:t>
      </w:r>
      <w:r w:rsidRPr="0008123F">
        <w:rPr>
          <w:b/>
          <w:bCs/>
          <w:lang w:val="nl-NL"/>
        </w:rPr>
        <w:t xml:space="preserve">  Ondertekening</w:t>
      </w:r>
    </w:p>
    <w:p w14:paraId="7360EC62" w14:textId="12A234B9" w:rsidR="00623B11" w:rsidRPr="00D51B12" w:rsidRDefault="00000000">
      <w:pPr>
        <w:rPr>
          <w:lang w:val="nl-NL"/>
        </w:rPr>
      </w:pPr>
      <w:r w:rsidRPr="00D51B12">
        <w:rPr>
          <w:lang w:val="nl-NL"/>
        </w:rPr>
        <w:t>Met hun handtekening gaan beide partijen akkoord met deze afspraken. Beide partijen ontvangen een ondertekend exemplaar.</w:t>
      </w:r>
    </w:p>
    <w:p w14:paraId="68596BBA" w14:textId="77777777" w:rsidR="00623B11" w:rsidRPr="00D51B12" w:rsidRDefault="00000000">
      <w:pPr>
        <w:rPr>
          <w:lang w:val="nl-NL"/>
        </w:rPr>
      </w:pPr>
      <w:r w:rsidRPr="00D51B12">
        <w:rPr>
          <w:b/>
          <w:lang w:val="nl-NL"/>
        </w:rPr>
        <w:t>Voor de organisatie</w:t>
      </w:r>
    </w:p>
    <w:p w14:paraId="035A792B" w14:textId="77777777" w:rsidR="0008123F" w:rsidRDefault="00000000">
      <w:pPr>
        <w:rPr>
          <w:lang w:val="nl-NL"/>
        </w:rPr>
      </w:pPr>
      <w:r w:rsidRPr="00D51B12">
        <w:rPr>
          <w:lang w:val="nl-NL"/>
        </w:rPr>
        <w:t xml:space="preserve">Bedrijfsnaam: </w:t>
      </w:r>
      <w:r w:rsidR="0008123F">
        <w:rPr>
          <w:lang w:val="nl-NL"/>
        </w:rPr>
        <w:t xml:space="preserve"> </w:t>
      </w:r>
      <w:proofErr w:type="spellStart"/>
      <w:r w:rsidR="0008123F" w:rsidRPr="0008123F">
        <w:rPr>
          <w:b/>
          <w:bCs/>
          <w:lang w:val="nl-NL"/>
        </w:rPr>
        <w:t>Athletix</w:t>
      </w:r>
      <w:proofErr w:type="spellEnd"/>
      <w:r w:rsidR="0008123F" w:rsidRPr="0008123F">
        <w:rPr>
          <w:b/>
          <w:bCs/>
          <w:lang w:val="nl-NL"/>
        </w:rPr>
        <w:t xml:space="preserve"> Fit Expo</w:t>
      </w:r>
    </w:p>
    <w:p w14:paraId="4986AFC9" w14:textId="07B3A539" w:rsidR="00623B11" w:rsidRPr="00D51B12" w:rsidRDefault="00000000">
      <w:pPr>
        <w:rPr>
          <w:lang w:val="nl-NL"/>
        </w:rPr>
      </w:pPr>
      <w:r w:rsidRPr="00D51B12">
        <w:rPr>
          <w:lang w:val="nl-NL"/>
        </w:rPr>
        <w:t>Naam ondertekenaar</w:t>
      </w:r>
      <w:r w:rsidR="0008123F">
        <w:rPr>
          <w:lang w:val="nl-NL"/>
        </w:rPr>
        <w:t xml:space="preserve">   </w:t>
      </w:r>
      <w:r w:rsidR="0008123F" w:rsidRPr="0008123F">
        <w:rPr>
          <w:b/>
          <w:bCs/>
          <w:lang w:val="nl-NL"/>
        </w:rPr>
        <w:t>P v Drunen</w:t>
      </w:r>
      <w:r w:rsidRPr="00D51B12">
        <w:rPr>
          <w:lang w:val="nl-NL"/>
        </w:rPr>
        <w:br/>
        <w:t xml:space="preserve">Functie: </w:t>
      </w:r>
      <w:r w:rsidR="0008123F" w:rsidRPr="0008123F">
        <w:rPr>
          <w:b/>
          <w:bCs/>
          <w:lang w:val="nl-NL"/>
        </w:rPr>
        <w:t>Mede organisator</w:t>
      </w:r>
      <w:r w:rsidRPr="00D51B12">
        <w:rPr>
          <w:lang w:val="nl-NL"/>
        </w:rPr>
        <w:br/>
      </w:r>
      <w:r w:rsidRPr="00D51B12">
        <w:rPr>
          <w:lang w:val="nl-NL"/>
        </w:rPr>
        <w:br/>
        <w:t>Plaats en datum: .......................................................................................................</w:t>
      </w:r>
      <w:r w:rsidRPr="00D51B12">
        <w:rPr>
          <w:lang w:val="nl-NL"/>
        </w:rPr>
        <w:br/>
      </w:r>
      <w:r w:rsidRPr="00D51B12">
        <w:rPr>
          <w:lang w:val="nl-NL"/>
        </w:rPr>
        <w:br/>
      </w:r>
      <w:r w:rsidRPr="00D51B12">
        <w:rPr>
          <w:lang w:val="nl-NL"/>
        </w:rPr>
        <w:br/>
        <w:t>Handtekening: ...........................................................................................................</w:t>
      </w:r>
    </w:p>
    <w:p w14:paraId="4F129D77" w14:textId="77777777" w:rsidR="00623B11" w:rsidRPr="00D51B12" w:rsidRDefault="00000000">
      <w:pPr>
        <w:rPr>
          <w:lang w:val="nl-NL"/>
        </w:rPr>
      </w:pPr>
      <w:r w:rsidRPr="00D51B12">
        <w:rPr>
          <w:b/>
          <w:lang w:val="nl-NL"/>
        </w:rPr>
        <w:t>Voor de standhouder</w:t>
      </w:r>
    </w:p>
    <w:p w14:paraId="182FCA34" w14:textId="4DB21706" w:rsidR="00623B11" w:rsidRDefault="0008123F">
      <w:r>
        <w:rPr>
          <w:noProof/>
          <w:lang w:val="nl-NL"/>
        </w:rPr>
        <w:drawing>
          <wp:anchor distT="0" distB="0" distL="114300" distR="114300" simplePos="0" relativeHeight="251667456" behindDoc="1" locked="0" layoutInCell="1" allowOverlap="1" wp14:anchorId="75DD8DBF" wp14:editId="650F9BA4">
            <wp:simplePos x="0" y="0"/>
            <wp:positionH relativeFrom="column">
              <wp:posOffset>2590800</wp:posOffset>
            </wp:positionH>
            <wp:positionV relativeFrom="paragraph">
              <wp:posOffset>1815465</wp:posOffset>
            </wp:positionV>
            <wp:extent cx="1127760" cy="563880"/>
            <wp:effectExtent l="0" t="0" r="0" b="7620"/>
            <wp:wrapNone/>
            <wp:docPr id="6302758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33716" name="Afbeelding 1634933716"/>
                    <pic:cNvPicPr/>
                  </pic:nvPicPr>
                  <pic:blipFill>
                    <a:blip r:embed="rId8"/>
                    <a:stretch>
                      <a:fillRect/>
                    </a:stretch>
                  </pic:blipFill>
                  <pic:spPr>
                    <a:xfrm>
                      <a:off x="0" y="0"/>
                      <a:ext cx="1127760" cy="563880"/>
                    </a:xfrm>
                    <a:prstGeom prst="rect">
                      <a:avLst/>
                    </a:prstGeom>
                  </pic:spPr>
                </pic:pic>
              </a:graphicData>
            </a:graphic>
            <wp14:sizeRelH relativeFrom="margin">
              <wp14:pctWidth>0</wp14:pctWidth>
            </wp14:sizeRelH>
            <wp14:sizeRelV relativeFrom="margin">
              <wp14:pctHeight>0</wp14:pctHeight>
            </wp14:sizeRelV>
          </wp:anchor>
        </w:drawing>
      </w:r>
      <w:r w:rsidR="00000000" w:rsidRPr="00D51B12">
        <w:rPr>
          <w:lang w:val="nl-NL"/>
        </w:rPr>
        <w:t>Bedrijfsnaam: ............................................................................................................</w:t>
      </w:r>
      <w:r w:rsidR="00000000" w:rsidRPr="00D51B12">
        <w:rPr>
          <w:lang w:val="nl-NL"/>
        </w:rPr>
        <w:br/>
      </w:r>
      <w:r w:rsidR="00000000" w:rsidRPr="00D51B12">
        <w:rPr>
          <w:lang w:val="nl-NL"/>
        </w:rPr>
        <w:br/>
      </w:r>
      <w:r w:rsidR="00000000" w:rsidRPr="0008123F">
        <w:rPr>
          <w:lang w:val="nl-NL"/>
        </w:rPr>
        <w:t>Naam ondertekenaar: ...............................................................................................</w:t>
      </w:r>
      <w:r w:rsidR="00000000" w:rsidRPr="0008123F">
        <w:rPr>
          <w:lang w:val="nl-NL"/>
        </w:rPr>
        <w:br/>
      </w:r>
      <w:r w:rsidR="00000000" w:rsidRPr="0008123F">
        <w:rPr>
          <w:lang w:val="nl-NL"/>
        </w:rPr>
        <w:br/>
        <w:t>Functie: .....................................................................................................................</w:t>
      </w:r>
      <w:r w:rsidR="00000000" w:rsidRPr="0008123F">
        <w:rPr>
          <w:lang w:val="nl-NL"/>
        </w:rPr>
        <w:br/>
      </w:r>
      <w:r w:rsidR="00000000" w:rsidRPr="0008123F">
        <w:rPr>
          <w:lang w:val="nl-NL"/>
        </w:rPr>
        <w:br/>
        <w:t>Plaats en datum: .......................................................................................................</w:t>
      </w:r>
      <w:r w:rsidR="00000000" w:rsidRPr="0008123F">
        <w:rPr>
          <w:lang w:val="nl-NL"/>
        </w:rPr>
        <w:br/>
      </w:r>
      <w:r w:rsidR="00000000" w:rsidRPr="0008123F">
        <w:rPr>
          <w:lang w:val="nl-NL"/>
        </w:rPr>
        <w:br/>
      </w:r>
      <w:r w:rsidR="00000000" w:rsidRPr="0008123F">
        <w:rPr>
          <w:lang w:val="nl-NL"/>
        </w:rPr>
        <w:br/>
        <w:t>Handtekening: ..............................................</w:t>
      </w:r>
      <w:r w:rsidRPr="0008123F">
        <w:rPr>
          <w:noProof/>
          <w:lang w:val="nl-NL"/>
        </w:rPr>
        <w:t xml:space="preserve"> </w:t>
      </w:r>
      <w:r w:rsidR="00000000">
        <w:t>.............................................................</w:t>
      </w:r>
    </w:p>
    <w:sectPr w:rsidR="00623B11" w:rsidSect="00034616">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16D90" w14:textId="77777777" w:rsidR="00931FE9" w:rsidRDefault="00931FE9">
      <w:pPr>
        <w:spacing w:after="0"/>
      </w:pPr>
      <w:r>
        <w:separator/>
      </w:r>
    </w:p>
  </w:endnote>
  <w:endnote w:type="continuationSeparator" w:id="0">
    <w:p w14:paraId="5136C1D4" w14:textId="77777777" w:rsidR="00931FE9" w:rsidRDefault="00931F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50A8" w14:textId="77777777" w:rsidR="00623B11" w:rsidRDefault="00000000">
    <w:pPr>
      <w:pStyle w:val="Voettekst"/>
      <w:jc w:val="right"/>
    </w:pPr>
    <w:r>
      <w:rPr>
        <w:sz w:val="18"/>
      </w:rPr>
      <w:t xml:space="preserve">Athletix Fit Expo 2027  |  </w:t>
    </w:r>
    <w:r>
      <w:fldChar w:fldCharType="begin"/>
    </w:r>
    <w:r>
      <w:instrText>PAGE</w:instrText>
    </w:r>
    <w:r>
      <w:fldChar w:fldCharType="separate"/>
    </w:r>
    <w:r w:rsidR="00D51B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BA2D" w14:textId="77777777" w:rsidR="00931FE9" w:rsidRDefault="00931FE9">
      <w:pPr>
        <w:spacing w:after="0"/>
      </w:pPr>
      <w:r>
        <w:separator/>
      </w:r>
    </w:p>
  </w:footnote>
  <w:footnote w:type="continuationSeparator" w:id="0">
    <w:p w14:paraId="6D6572CD" w14:textId="77777777" w:rsidR="00931FE9" w:rsidRDefault="00931FE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1406712">
    <w:abstractNumId w:val="8"/>
  </w:num>
  <w:num w:numId="2" w16cid:durableId="140660441">
    <w:abstractNumId w:val="6"/>
  </w:num>
  <w:num w:numId="3" w16cid:durableId="956133538">
    <w:abstractNumId w:val="5"/>
  </w:num>
  <w:num w:numId="4" w16cid:durableId="1273126831">
    <w:abstractNumId w:val="4"/>
  </w:num>
  <w:num w:numId="5" w16cid:durableId="233052171">
    <w:abstractNumId w:val="7"/>
  </w:num>
  <w:num w:numId="6" w16cid:durableId="33383620">
    <w:abstractNumId w:val="3"/>
  </w:num>
  <w:num w:numId="7" w16cid:durableId="1076780175">
    <w:abstractNumId w:val="2"/>
  </w:num>
  <w:num w:numId="8" w16cid:durableId="1035154290">
    <w:abstractNumId w:val="1"/>
  </w:num>
  <w:num w:numId="9" w16cid:durableId="1067651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23F"/>
    <w:rsid w:val="0015074B"/>
    <w:rsid w:val="0029639D"/>
    <w:rsid w:val="00326F90"/>
    <w:rsid w:val="00623B11"/>
    <w:rsid w:val="00651B72"/>
    <w:rsid w:val="008D3C29"/>
    <w:rsid w:val="00931FE9"/>
    <w:rsid w:val="00AA1D8D"/>
    <w:rsid w:val="00B47730"/>
    <w:rsid w:val="00CB0664"/>
    <w:rsid w:val="00D51B12"/>
    <w:rsid w:val="00EA58BB"/>
    <w:rsid w:val="00F271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45AA4"/>
  <w14:defaultImageDpi w14:val="300"/>
  <w15:docId w15:val="{60D5B4CF-7BFD-4556-97A0-A4AE3917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line="240" w:lineRule="auto"/>
    </w:pPr>
    <w:rPr>
      <w:rFonts w:ascii="Calibri" w:hAnsi="Calibri"/>
      <w:color w:val="000000"/>
      <w:sz w:val="21"/>
    </w:rPr>
  </w:style>
  <w:style w:type="paragraph" w:styleId="Kop1">
    <w:name w:val="heading 1"/>
    <w:basedOn w:val="Standaard"/>
    <w:next w:val="Standaard"/>
    <w:link w:val="Kop1Char"/>
    <w:uiPriority w:val="9"/>
    <w:qFormat/>
    <w:rsid w:val="00FC693F"/>
    <w:pPr>
      <w:keepNext/>
      <w:keepLines/>
      <w:spacing w:before="240" w:after="100"/>
      <w:outlineLvl w:val="0"/>
    </w:pPr>
    <w:rPr>
      <w:rFonts w:asciiTheme="majorHAnsi" w:eastAsiaTheme="majorEastAsia" w:hAnsiTheme="majorHAnsi" w:cstheme="majorBidi"/>
      <w:b/>
      <w:bCs/>
      <w:sz w:val="2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contextualSpacing/>
    </w:pPr>
    <w:rPr>
      <w:rFonts w:asciiTheme="majorHAnsi" w:eastAsiaTheme="majorEastAsia" w:hAnsiTheme="majorHAnsi" w:cstheme="majorBidi"/>
      <w:spacing w:val="5"/>
      <w:kern w:val="28"/>
      <w:sz w:val="4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1505</Words>
  <Characters>8283</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 v drunen</cp:lastModifiedBy>
  <cp:revision>3</cp:revision>
  <dcterms:created xsi:type="dcterms:W3CDTF">2013-12-23T23:15:00Z</dcterms:created>
  <dcterms:modified xsi:type="dcterms:W3CDTF">2026-10-20T11:19:00Z</dcterms:modified>
  <cp:category/>
</cp:coreProperties>
</file>