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38960" w14:textId="659380CB" w:rsidR="00F016E5" w:rsidRPr="00F1073E" w:rsidRDefault="00F1073E">
      <w:pPr>
        <w:pStyle w:val="Titel"/>
        <w:rPr>
          <w:lang w:val="nl-NL"/>
        </w:rPr>
      </w:pPr>
      <w:r>
        <w:rPr>
          <w:noProof/>
        </w:rPr>
        <w:drawing>
          <wp:anchor distT="0" distB="0" distL="114300" distR="114300" simplePos="0" relativeHeight="251656192" behindDoc="1" locked="0" layoutInCell="1" allowOverlap="1" wp14:anchorId="48DA3292" wp14:editId="50227D19">
            <wp:simplePos x="0" y="0"/>
            <wp:positionH relativeFrom="column">
              <wp:posOffset>2240280</wp:posOffset>
            </wp:positionH>
            <wp:positionV relativeFrom="paragraph">
              <wp:posOffset>-518160</wp:posOffset>
            </wp:positionV>
            <wp:extent cx="2513454" cy="1675130"/>
            <wp:effectExtent l="0" t="0" r="1270" b="1270"/>
            <wp:wrapNone/>
            <wp:docPr id="7323822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82204" name="Afbeelding 732382204"/>
                    <pic:cNvPicPr/>
                  </pic:nvPicPr>
                  <pic:blipFill>
                    <a:blip r:embed="rId8"/>
                    <a:stretch>
                      <a:fillRect/>
                    </a:stretch>
                  </pic:blipFill>
                  <pic:spPr>
                    <a:xfrm>
                      <a:off x="0" y="0"/>
                      <a:ext cx="2513454" cy="1675130"/>
                    </a:xfrm>
                    <a:prstGeom prst="rect">
                      <a:avLst/>
                    </a:prstGeom>
                  </pic:spPr>
                </pic:pic>
              </a:graphicData>
            </a:graphic>
            <wp14:sizeRelH relativeFrom="margin">
              <wp14:pctWidth>0</wp14:pctWidth>
            </wp14:sizeRelH>
            <wp14:sizeRelV relativeFrom="margin">
              <wp14:pctHeight>0</wp14:pctHeight>
            </wp14:sizeRelV>
          </wp:anchor>
        </w:drawing>
      </w:r>
      <w:r w:rsidRPr="00F1073E">
        <w:rPr>
          <w:lang w:val="nl-NL"/>
        </w:rPr>
        <w:t>Sponsorovereenkomst</w:t>
      </w:r>
    </w:p>
    <w:p w14:paraId="517A20BC" w14:textId="4EC4DD5C" w:rsidR="00F016E5" w:rsidRPr="00F1073E" w:rsidRDefault="00000000">
      <w:pPr>
        <w:rPr>
          <w:lang w:val="nl-NL"/>
        </w:rPr>
      </w:pPr>
      <w:proofErr w:type="spellStart"/>
      <w:r w:rsidRPr="00F1073E">
        <w:rPr>
          <w:b/>
          <w:lang w:val="nl-NL"/>
        </w:rPr>
        <w:t>Siggi</w:t>
      </w:r>
      <w:r w:rsidR="001240DA">
        <w:rPr>
          <w:b/>
          <w:lang w:val="nl-NL"/>
        </w:rPr>
        <w:t>’</w:t>
      </w:r>
      <w:r w:rsidRPr="00F1073E">
        <w:rPr>
          <w:b/>
          <w:lang w:val="nl-NL"/>
        </w:rPr>
        <w:t>s</w:t>
      </w:r>
      <w:proofErr w:type="spellEnd"/>
      <w:r w:rsidRPr="00F1073E">
        <w:rPr>
          <w:b/>
          <w:lang w:val="nl-NL"/>
        </w:rPr>
        <w:t xml:space="preserve"> </w:t>
      </w:r>
      <w:r w:rsidR="001240DA">
        <w:rPr>
          <w:b/>
          <w:lang w:val="nl-NL"/>
        </w:rPr>
        <w:t xml:space="preserve">NPC </w:t>
      </w:r>
      <w:proofErr w:type="spellStart"/>
      <w:r w:rsidRPr="00F1073E">
        <w:rPr>
          <w:b/>
          <w:lang w:val="nl-NL"/>
        </w:rPr>
        <w:t>Regional</w:t>
      </w:r>
      <w:proofErr w:type="spellEnd"/>
      <w:r w:rsidRPr="00F1073E">
        <w:rPr>
          <w:b/>
          <w:lang w:val="nl-NL"/>
        </w:rPr>
        <w:t xml:space="preserve">  2027</w:t>
      </w:r>
    </w:p>
    <w:p w14:paraId="5546A5AF" w14:textId="3EDDFF2F" w:rsidR="00F016E5" w:rsidRPr="00F1073E" w:rsidRDefault="00000000">
      <w:pPr>
        <w:rPr>
          <w:lang w:val="nl-NL"/>
        </w:rPr>
      </w:pPr>
      <w:r w:rsidRPr="00F1073E">
        <w:rPr>
          <w:b/>
          <w:lang w:val="nl-NL"/>
        </w:rPr>
        <w:t>1 en 2 mei 2027 — Breepark Breda</w:t>
      </w:r>
    </w:p>
    <w:p w14:paraId="124F1F2A" w14:textId="7E389F4D" w:rsidR="00F016E5" w:rsidRPr="00F1073E" w:rsidRDefault="00000000">
      <w:pPr>
        <w:rPr>
          <w:lang w:val="nl-NL"/>
        </w:rPr>
      </w:pPr>
      <w:r w:rsidRPr="00F1073E">
        <w:rPr>
          <w:b/>
          <w:lang w:val="nl-NL"/>
        </w:rPr>
        <w:t>Samen maken we er een sportief en inspirerend evenement van!</w:t>
      </w:r>
    </w:p>
    <w:p w14:paraId="006B5A04" w14:textId="0E089EF4" w:rsidR="00F016E5" w:rsidRPr="00F1073E" w:rsidRDefault="00000000">
      <w:pPr>
        <w:rPr>
          <w:lang w:val="nl-NL"/>
        </w:rPr>
      </w:pPr>
      <w:r w:rsidRPr="00F1073E">
        <w:rPr>
          <w:lang w:val="nl-NL"/>
        </w:rPr>
        <w:t xml:space="preserve">Hartelijk dank voor uw steun aan </w:t>
      </w:r>
      <w:proofErr w:type="spellStart"/>
      <w:r w:rsidRPr="00F1073E">
        <w:rPr>
          <w:lang w:val="nl-NL"/>
        </w:rPr>
        <w:t>Siggi</w:t>
      </w:r>
      <w:r w:rsidR="001240DA">
        <w:rPr>
          <w:lang w:val="nl-NL"/>
        </w:rPr>
        <w:t>’</w:t>
      </w:r>
      <w:r w:rsidRPr="00F1073E">
        <w:rPr>
          <w:lang w:val="nl-NL"/>
        </w:rPr>
        <w:t>s</w:t>
      </w:r>
      <w:proofErr w:type="spellEnd"/>
      <w:r w:rsidRPr="00F1073E">
        <w:rPr>
          <w:lang w:val="nl-NL"/>
        </w:rPr>
        <w:t xml:space="preserve"> </w:t>
      </w:r>
      <w:r w:rsidR="001240DA">
        <w:rPr>
          <w:lang w:val="nl-NL"/>
        </w:rPr>
        <w:t xml:space="preserve">NPC </w:t>
      </w:r>
      <w:proofErr w:type="spellStart"/>
      <w:r w:rsidRPr="00F1073E">
        <w:rPr>
          <w:lang w:val="nl-NL"/>
        </w:rPr>
        <w:t>Regional</w:t>
      </w:r>
      <w:proofErr w:type="spellEnd"/>
      <w:r w:rsidR="001240DA">
        <w:rPr>
          <w:lang w:val="nl-NL"/>
        </w:rPr>
        <w:t xml:space="preserve"> </w:t>
      </w:r>
      <w:r w:rsidRPr="00F1073E">
        <w:rPr>
          <w:lang w:val="nl-NL"/>
        </w:rPr>
        <w:t xml:space="preserve"> 2027. Met uw bijdrage helpt u ons een mooi evenement neer te zetten voor atleten, sportliefhebbers en ondernemers. Daar zetten wij graag waardevolle zichtbaarheid en de voordelen van uw gekozen sponsorpakket tegenover.</w:t>
      </w:r>
    </w:p>
    <w:p w14:paraId="3168F111" w14:textId="77777777" w:rsidR="00F016E5" w:rsidRPr="00F1073E" w:rsidRDefault="00000000">
      <w:pPr>
        <w:rPr>
          <w:lang w:val="nl-NL"/>
        </w:rPr>
      </w:pPr>
      <w:r w:rsidRPr="00F1073E">
        <w:rPr>
          <w:lang w:val="nl-NL"/>
        </w:rPr>
        <w:t>In deze overeenkomst leggen we onze afspraken overzichtelijk vast.</w:t>
      </w:r>
    </w:p>
    <w:p w14:paraId="21F4FA10" w14:textId="77777777" w:rsidR="00F016E5" w:rsidRPr="00F1073E" w:rsidRDefault="00000000">
      <w:pPr>
        <w:pStyle w:val="Kop1"/>
        <w:rPr>
          <w:lang w:val="nl-NL"/>
        </w:rPr>
      </w:pPr>
      <w:r w:rsidRPr="00F1073E">
        <w:rPr>
          <w:lang w:val="nl-NL"/>
        </w:rPr>
        <w:t>1  Wie gaan de samenwerking aan</w:t>
      </w:r>
    </w:p>
    <w:p w14:paraId="4E29F178" w14:textId="77777777" w:rsidR="00F016E5" w:rsidRPr="00F1073E" w:rsidRDefault="00000000">
      <w:pPr>
        <w:rPr>
          <w:lang w:val="nl-NL"/>
        </w:rPr>
      </w:pPr>
      <w:r w:rsidRPr="00F1073E">
        <w:rPr>
          <w:b/>
          <w:lang w:val="nl-NL"/>
        </w:rPr>
        <w:t>De organisator</w:t>
      </w:r>
    </w:p>
    <w:p w14:paraId="3A216CE3" w14:textId="4AD17842" w:rsidR="00F016E5" w:rsidRPr="00F1073E" w:rsidRDefault="00000000">
      <w:pPr>
        <w:rPr>
          <w:lang w:val="nl-NL"/>
        </w:rPr>
      </w:pPr>
      <w:r w:rsidRPr="00F1073E">
        <w:rPr>
          <w:lang w:val="nl-NL"/>
        </w:rPr>
        <w:t>Officiële bedrijfsnaam: ..............................................................................................</w:t>
      </w:r>
      <w:r w:rsidRPr="00F1073E">
        <w:rPr>
          <w:lang w:val="nl-NL"/>
        </w:rPr>
        <w:br/>
        <w:t xml:space="preserve">Handelsnaam: </w:t>
      </w:r>
      <w:proofErr w:type="spellStart"/>
      <w:r w:rsidRPr="00F1073E">
        <w:rPr>
          <w:lang w:val="nl-NL"/>
        </w:rPr>
        <w:t>Siggi</w:t>
      </w:r>
      <w:r w:rsidR="001240DA">
        <w:rPr>
          <w:lang w:val="nl-NL"/>
        </w:rPr>
        <w:t>’</w:t>
      </w:r>
      <w:r w:rsidRPr="00F1073E">
        <w:rPr>
          <w:lang w:val="nl-NL"/>
        </w:rPr>
        <w:t>s</w:t>
      </w:r>
      <w:proofErr w:type="spellEnd"/>
      <w:r w:rsidRPr="00F1073E">
        <w:rPr>
          <w:lang w:val="nl-NL"/>
        </w:rPr>
        <w:t xml:space="preserve"> </w:t>
      </w:r>
      <w:r w:rsidR="001240DA">
        <w:rPr>
          <w:lang w:val="nl-NL"/>
        </w:rPr>
        <w:t xml:space="preserve">NPC </w:t>
      </w:r>
      <w:proofErr w:type="spellStart"/>
      <w:r w:rsidRPr="00F1073E">
        <w:rPr>
          <w:lang w:val="nl-NL"/>
        </w:rPr>
        <w:t>Regional</w:t>
      </w:r>
      <w:proofErr w:type="spellEnd"/>
      <w:r w:rsidRPr="00F1073E">
        <w:rPr>
          <w:lang w:val="nl-NL"/>
        </w:rPr>
        <w:t xml:space="preserve"> </w:t>
      </w:r>
      <w:r w:rsidRPr="00F1073E">
        <w:rPr>
          <w:lang w:val="nl-NL"/>
        </w:rPr>
        <w:br/>
        <w:t>Adres en plaats: ........................................................................................................</w:t>
      </w:r>
      <w:r w:rsidRPr="00F1073E">
        <w:rPr>
          <w:lang w:val="nl-NL"/>
        </w:rPr>
        <w:br/>
        <w:t>Ondernemingsnummer: ............................................................................................</w:t>
      </w:r>
      <w:r w:rsidRPr="00F1073E">
        <w:rPr>
          <w:lang w:val="nl-NL"/>
        </w:rPr>
        <w:br/>
        <w:t xml:space="preserve">Vertegenwoordigd door: </w:t>
      </w:r>
      <w:proofErr w:type="spellStart"/>
      <w:r w:rsidRPr="00F1073E">
        <w:rPr>
          <w:lang w:val="nl-NL"/>
        </w:rPr>
        <w:t>Siggi</w:t>
      </w:r>
      <w:proofErr w:type="spellEnd"/>
      <w:r w:rsidRPr="00F1073E">
        <w:rPr>
          <w:lang w:val="nl-NL"/>
        </w:rPr>
        <w:t xml:space="preserve"> Segers</w:t>
      </w:r>
      <w:r w:rsidRPr="00F1073E">
        <w:rPr>
          <w:lang w:val="nl-NL"/>
        </w:rPr>
        <w:br/>
        <w:t>E-mail: siggi.npc@gmail.com</w:t>
      </w:r>
    </w:p>
    <w:p w14:paraId="2F5B0BFE" w14:textId="77777777" w:rsidR="00F016E5" w:rsidRPr="00F1073E" w:rsidRDefault="00000000">
      <w:pPr>
        <w:rPr>
          <w:lang w:val="nl-NL"/>
        </w:rPr>
      </w:pPr>
      <w:r w:rsidRPr="00F1073E">
        <w:rPr>
          <w:b/>
          <w:lang w:val="nl-NL"/>
        </w:rPr>
        <w:t>De sponsor</w:t>
      </w:r>
    </w:p>
    <w:p w14:paraId="52E7ECB5" w14:textId="77777777" w:rsidR="00F016E5" w:rsidRPr="00F1073E" w:rsidRDefault="00000000">
      <w:pPr>
        <w:rPr>
          <w:lang w:val="nl-NL"/>
        </w:rPr>
      </w:pPr>
      <w:r w:rsidRPr="00F1073E">
        <w:rPr>
          <w:lang w:val="nl-NL"/>
        </w:rPr>
        <w:t>Bedrijfsnaam: ............................................................................................................</w:t>
      </w:r>
      <w:r w:rsidRPr="00F1073E">
        <w:rPr>
          <w:lang w:val="nl-NL"/>
        </w:rPr>
        <w:br/>
        <w:t>Adres en plaats: ........................................................................................................</w:t>
      </w:r>
      <w:r w:rsidRPr="00F1073E">
        <w:rPr>
          <w:lang w:val="nl-NL"/>
        </w:rPr>
        <w:br/>
        <w:t>KvK- of ondernemingsnummer: ................................................................................</w:t>
      </w:r>
      <w:r w:rsidRPr="00F1073E">
        <w:rPr>
          <w:lang w:val="nl-NL"/>
        </w:rPr>
        <w:br/>
        <w:t>Contactpersoon: .......................................................................................................</w:t>
      </w:r>
      <w:r w:rsidRPr="00F1073E">
        <w:rPr>
          <w:lang w:val="nl-NL"/>
        </w:rPr>
        <w:br/>
        <w:t>E-mail: ......................................................................................................................</w:t>
      </w:r>
      <w:r w:rsidRPr="00F1073E">
        <w:rPr>
          <w:lang w:val="nl-NL"/>
        </w:rPr>
        <w:br/>
        <w:t>Telefoon: ..................................................................................................................</w:t>
      </w:r>
    </w:p>
    <w:p w14:paraId="2670C900" w14:textId="77777777" w:rsidR="00F016E5" w:rsidRPr="00F1073E" w:rsidRDefault="00000000">
      <w:pPr>
        <w:pStyle w:val="Kop1"/>
        <w:rPr>
          <w:lang w:val="nl-NL"/>
        </w:rPr>
      </w:pPr>
      <w:r w:rsidRPr="00F1073E">
        <w:rPr>
          <w:lang w:val="nl-NL"/>
        </w:rPr>
        <w:t>2  Uw sponsorpakket</w:t>
      </w:r>
    </w:p>
    <w:p w14:paraId="4FDBD865" w14:textId="77777777" w:rsidR="00F016E5" w:rsidRPr="00F1073E" w:rsidRDefault="00000000">
      <w:pPr>
        <w:rPr>
          <w:lang w:val="nl-NL"/>
        </w:rPr>
      </w:pPr>
      <w:r w:rsidRPr="00F1073E">
        <w:rPr>
          <w:lang w:val="nl-NL"/>
        </w:rPr>
        <w:t>De sponsor ondersteunt het evenement op 1 en 2 mei 2027 in Breepark Breda en kiest het volgende pakket:</w:t>
      </w:r>
    </w:p>
    <w:tbl>
      <w:tblPr>
        <w:tblW w:w="0" w:type="auto"/>
        <w:tblLook w:val="04A0" w:firstRow="1" w:lastRow="0" w:firstColumn="1" w:lastColumn="0" w:noHBand="0" w:noVBand="1"/>
      </w:tblPr>
      <w:tblGrid>
        <w:gridCol w:w="3312"/>
        <w:gridCol w:w="3312"/>
        <w:gridCol w:w="3312"/>
      </w:tblGrid>
      <w:tr w:rsidR="00F016E5" w14:paraId="7DD5637D" w14:textId="77777777">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40097AE6" w14:textId="77777777" w:rsidR="00F016E5" w:rsidRDefault="00000000">
            <w:pPr>
              <w:spacing w:before="80" w:after="80"/>
            </w:pPr>
            <w:proofErr w:type="spellStart"/>
            <w:r>
              <w:rPr>
                <w:b/>
              </w:rPr>
              <w:t>Keuze</w:t>
            </w:r>
            <w:proofErr w:type="spellEnd"/>
          </w:p>
        </w:tc>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46BCAC16" w14:textId="77777777" w:rsidR="00F016E5" w:rsidRDefault="00000000">
            <w:pPr>
              <w:spacing w:before="80" w:after="80"/>
            </w:pPr>
            <w:r>
              <w:rPr>
                <w:b/>
              </w:rPr>
              <w:t>Sponsorpakket</w:t>
            </w:r>
          </w:p>
        </w:tc>
        <w:tc>
          <w:tcPr>
            <w:tcW w:w="3312" w:type="dxa"/>
            <w:tcBorders>
              <w:top w:val="single" w:sz="4" w:space="0" w:color="D9D9D9"/>
              <w:left w:val="single" w:sz="4" w:space="0" w:color="D9D9D9"/>
              <w:bottom w:val="single" w:sz="4" w:space="0" w:color="D9D9D9"/>
              <w:right w:val="single" w:sz="4" w:space="0" w:color="D9D9D9"/>
            </w:tcBorders>
            <w:shd w:val="clear" w:color="auto" w:fill="EAEFF3"/>
          </w:tcPr>
          <w:p w14:paraId="4F229C5C" w14:textId="77777777" w:rsidR="00F016E5" w:rsidRDefault="00000000">
            <w:pPr>
              <w:spacing w:before="80" w:after="80"/>
            </w:pPr>
            <w:r>
              <w:rPr>
                <w:b/>
              </w:rPr>
              <w:t>Sponsorbijdrage</w:t>
            </w:r>
          </w:p>
        </w:tc>
      </w:tr>
      <w:tr w:rsidR="00F016E5" w14:paraId="7DE3FEE5" w14:textId="77777777">
        <w:tc>
          <w:tcPr>
            <w:tcW w:w="3312" w:type="dxa"/>
            <w:tcBorders>
              <w:top w:val="single" w:sz="4" w:space="0" w:color="D9D9D9"/>
              <w:left w:val="single" w:sz="4" w:space="0" w:color="D9D9D9"/>
              <w:bottom w:val="single" w:sz="4" w:space="0" w:color="D9D9D9"/>
              <w:right w:val="single" w:sz="4" w:space="0" w:color="D9D9D9"/>
            </w:tcBorders>
          </w:tcPr>
          <w:p w14:paraId="7E56AC17" w14:textId="77777777" w:rsidR="00F016E5" w:rsidRDefault="00000000">
            <w:pPr>
              <w:spacing w:before="80" w:after="80"/>
            </w:pPr>
            <w:r>
              <w:t>☐</w:t>
            </w:r>
          </w:p>
        </w:tc>
        <w:tc>
          <w:tcPr>
            <w:tcW w:w="3312" w:type="dxa"/>
            <w:tcBorders>
              <w:top w:val="single" w:sz="4" w:space="0" w:color="D9D9D9"/>
              <w:left w:val="single" w:sz="4" w:space="0" w:color="D9D9D9"/>
              <w:bottom w:val="single" w:sz="4" w:space="0" w:color="D9D9D9"/>
              <w:right w:val="single" w:sz="4" w:space="0" w:color="D9D9D9"/>
            </w:tcBorders>
          </w:tcPr>
          <w:p w14:paraId="5E14EDF5" w14:textId="77777777" w:rsidR="00F016E5" w:rsidRDefault="00000000">
            <w:pPr>
              <w:spacing w:before="80" w:after="80"/>
            </w:pPr>
            <w:r>
              <w:t>Brons</w:t>
            </w:r>
          </w:p>
        </w:tc>
        <w:tc>
          <w:tcPr>
            <w:tcW w:w="3312" w:type="dxa"/>
            <w:tcBorders>
              <w:top w:val="single" w:sz="4" w:space="0" w:color="D9D9D9"/>
              <w:left w:val="single" w:sz="4" w:space="0" w:color="D9D9D9"/>
              <w:bottom w:val="single" w:sz="4" w:space="0" w:color="D9D9D9"/>
              <w:right w:val="single" w:sz="4" w:space="0" w:color="D9D9D9"/>
            </w:tcBorders>
          </w:tcPr>
          <w:p w14:paraId="63F9B6BB" w14:textId="77777777" w:rsidR="00F016E5" w:rsidRDefault="00000000">
            <w:pPr>
              <w:spacing w:before="80" w:after="80"/>
            </w:pPr>
            <w:r>
              <w:t>€ 500</w:t>
            </w:r>
          </w:p>
        </w:tc>
      </w:tr>
      <w:tr w:rsidR="00F016E5" w14:paraId="20042FC6" w14:textId="77777777">
        <w:tc>
          <w:tcPr>
            <w:tcW w:w="3312" w:type="dxa"/>
            <w:tcBorders>
              <w:top w:val="single" w:sz="4" w:space="0" w:color="D9D9D9"/>
              <w:left w:val="single" w:sz="4" w:space="0" w:color="D9D9D9"/>
              <w:bottom w:val="single" w:sz="4" w:space="0" w:color="D9D9D9"/>
              <w:right w:val="single" w:sz="4" w:space="0" w:color="D9D9D9"/>
            </w:tcBorders>
          </w:tcPr>
          <w:p w14:paraId="2EB684AA" w14:textId="77777777" w:rsidR="00F016E5" w:rsidRDefault="00000000">
            <w:pPr>
              <w:spacing w:before="80" w:after="80"/>
            </w:pPr>
            <w:r>
              <w:t>☐</w:t>
            </w:r>
          </w:p>
        </w:tc>
        <w:tc>
          <w:tcPr>
            <w:tcW w:w="3312" w:type="dxa"/>
            <w:tcBorders>
              <w:top w:val="single" w:sz="4" w:space="0" w:color="D9D9D9"/>
              <w:left w:val="single" w:sz="4" w:space="0" w:color="D9D9D9"/>
              <w:bottom w:val="single" w:sz="4" w:space="0" w:color="D9D9D9"/>
              <w:right w:val="single" w:sz="4" w:space="0" w:color="D9D9D9"/>
            </w:tcBorders>
          </w:tcPr>
          <w:p w14:paraId="2B0C2FC5" w14:textId="77777777" w:rsidR="00F016E5" w:rsidRDefault="00000000">
            <w:pPr>
              <w:spacing w:before="80" w:after="80"/>
            </w:pPr>
            <w:r>
              <w:t>Silver</w:t>
            </w:r>
          </w:p>
        </w:tc>
        <w:tc>
          <w:tcPr>
            <w:tcW w:w="3312" w:type="dxa"/>
            <w:tcBorders>
              <w:top w:val="single" w:sz="4" w:space="0" w:color="D9D9D9"/>
              <w:left w:val="single" w:sz="4" w:space="0" w:color="D9D9D9"/>
              <w:bottom w:val="single" w:sz="4" w:space="0" w:color="D9D9D9"/>
              <w:right w:val="single" w:sz="4" w:space="0" w:color="D9D9D9"/>
            </w:tcBorders>
          </w:tcPr>
          <w:p w14:paraId="0D917362" w14:textId="77777777" w:rsidR="00F016E5" w:rsidRDefault="00000000">
            <w:pPr>
              <w:spacing w:before="80" w:after="80"/>
            </w:pPr>
            <w:r>
              <w:t>€ 1.000</w:t>
            </w:r>
          </w:p>
        </w:tc>
      </w:tr>
      <w:tr w:rsidR="00F016E5" w14:paraId="14E8A513" w14:textId="77777777">
        <w:tc>
          <w:tcPr>
            <w:tcW w:w="3312" w:type="dxa"/>
            <w:tcBorders>
              <w:top w:val="single" w:sz="4" w:space="0" w:color="D9D9D9"/>
              <w:left w:val="single" w:sz="4" w:space="0" w:color="D9D9D9"/>
              <w:bottom w:val="single" w:sz="4" w:space="0" w:color="D9D9D9"/>
              <w:right w:val="single" w:sz="4" w:space="0" w:color="D9D9D9"/>
            </w:tcBorders>
          </w:tcPr>
          <w:p w14:paraId="5BA9891B" w14:textId="77777777" w:rsidR="00F016E5" w:rsidRDefault="00000000">
            <w:pPr>
              <w:spacing w:before="80" w:after="80"/>
            </w:pPr>
            <w:r>
              <w:t>☐</w:t>
            </w:r>
          </w:p>
        </w:tc>
        <w:tc>
          <w:tcPr>
            <w:tcW w:w="3312" w:type="dxa"/>
            <w:tcBorders>
              <w:top w:val="single" w:sz="4" w:space="0" w:color="D9D9D9"/>
              <w:left w:val="single" w:sz="4" w:space="0" w:color="D9D9D9"/>
              <w:bottom w:val="single" w:sz="4" w:space="0" w:color="D9D9D9"/>
              <w:right w:val="single" w:sz="4" w:space="0" w:color="D9D9D9"/>
            </w:tcBorders>
          </w:tcPr>
          <w:p w14:paraId="11FDCA45" w14:textId="77777777" w:rsidR="00F016E5" w:rsidRDefault="00000000">
            <w:pPr>
              <w:spacing w:before="80" w:after="80"/>
            </w:pPr>
            <w:r>
              <w:t>Gold</w:t>
            </w:r>
          </w:p>
        </w:tc>
        <w:tc>
          <w:tcPr>
            <w:tcW w:w="3312" w:type="dxa"/>
            <w:tcBorders>
              <w:top w:val="single" w:sz="4" w:space="0" w:color="D9D9D9"/>
              <w:left w:val="single" w:sz="4" w:space="0" w:color="D9D9D9"/>
              <w:bottom w:val="single" w:sz="4" w:space="0" w:color="D9D9D9"/>
              <w:right w:val="single" w:sz="4" w:space="0" w:color="D9D9D9"/>
            </w:tcBorders>
          </w:tcPr>
          <w:p w14:paraId="50457D66" w14:textId="0FA0F584" w:rsidR="00F016E5" w:rsidRDefault="00000000">
            <w:pPr>
              <w:spacing w:before="80" w:after="80"/>
            </w:pPr>
            <w:r>
              <w:t xml:space="preserve">€ </w:t>
            </w:r>
            <w:r w:rsidR="001240DA">
              <w:t>2.500</w:t>
            </w:r>
          </w:p>
        </w:tc>
      </w:tr>
      <w:tr w:rsidR="00F016E5" w14:paraId="5CB253A3" w14:textId="77777777">
        <w:tc>
          <w:tcPr>
            <w:tcW w:w="3312" w:type="dxa"/>
            <w:tcBorders>
              <w:top w:val="single" w:sz="4" w:space="0" w:color="D9D9D9"/>
              <w:left w:val="single" w:sz="4" w:space="0" w:color="D9D9D9"/>
              <w:bottom w:val="single" w:sz="4" w:space="0" w:color="D9D9D9"/>
              <w:right w:val="single" w:sz="4" w:space="0" w:color="D9D9D9"/>
            </w:tcBorders>
          </w:tcPr>
          <w:p w14:paraId="3C117669" w14:textId="77777777" w:rsidR="00F016E5" w:rsidRDefault="00000000">
            <w:pPr>
              <w:spacing w:before="80" w:after="80"/>
            </w:pPr>
            <w:r>
              <w:t>☐</w:t>
            </w:r>
          </w:p>
        </w:tc>
        <w:tc>
          <w:tcPr>
            <w:tcW w:w="3312" w:type="dxa"/>
            <w:tcBorders>
              <w:top w:val="single" w:sz="4" w:space="0" w:color="D9D9D9"/>
              <w:left w:val="single" w:sz="4" w:space="0" w:color="D9D9D9"/>
              <w:bottom w:val="single" w:sz="4" w:space="0" w:color="D9D9D9"/>
              <w:right w:val="single" w:sz="4" w:space="0" w:color="D9D9D9"/>
            </w:tcBorders>
          </w:tcPr>
          <w:p w14:paraId="04F86FF1" w14:textId="77777777" w:rsidR="00F016E5" w:rsidRDefault="00000000">
            <w:pPr>
              <w:spacing w:before="80" w:after="80"/>
            </w:pPr>
            <w:r>
              <w:t>Gold Plus</w:t>
            </w:r>
          </w:p>
        </w:tc>
        <w:tc>
          <w:tcPr>
            <w:tcW w:w="3312" w:type="dxa"/>
            <w:tcBorders>
              <w:top w:val="single" w:sz="4" w:space="0" w:color="D9D9D9"/>
              <w:left w:val="single" w:sz="4" w:space="0" w:color="D9D9D9"/>
              <w:bottom w:val="single" w:sz="4" w:space="0" w:color="D9D9D9"/>
              <w:right w:val="single" w:sz="4" w:space="0" w:color="D9D9D9"/>
            </w:tcBorders>
          </w:tcPr>
          <w:p w14:paraId="49EB2334" w14:textId="77777777" w:rsidR="00F016E5" w:rsidRDefault="00000000">
            <w:pPr>
              <w:spacing w:before="80" w:after="80"/>
            </w:pPr>
            <w:r>
              <w:t>€ 3.750</w:t>
            </w:r>
          </w:p>
        </w:tc>
      </w:tr>
      <w:tr w:rsidR="00F016E5" w14:paraId="21DE9384" w14:textId="77777777">
        <w:tc>
          <w:tcPr>
            <w:tcW w:w="3312" w:type="dxa"/>
            <w:tcBorders>
              <w:top w:val="single" w:sz="4" w:space="0" w:color="D9D9D9"/>
              <w:left w:val="single" w:sz="4" w:space="0" w:color="D9D9D9"/>
              <w:bottom w:val="single" w:sz="4" w:space="0" w:color="D9D9D9"/>
              <w:right w:val="single" w:sz="4" w:space="0" w:color="D9D9D9"/>
            </w:tcBorders>
          </w:tcPr>
          <w:p w14:paraId="403F7493" w14:textId="77777777" w:rsidR="00F016E5" w:rsidRDefault="00000000">
            <w:pPr>
              <w:spacing w:before="80" w:after="80"/>
            </w:pPr>
            <w:r>
              <w:t>☐</w:t>
            </w:r>
          </w:p>
        </w:tc>
        <w:tc>
          <w:tcPr>
            <w:tcW w:w="3312" w:type="dxa"/>
            <w:tcBorders>
              <w:top w:val="single" w:sz="4" w:space="0" w:color="D9D9D9"/>
              <w:left w:val="single" w:sz="4" w:space="0" w:color="D9D9D9"/>
              <w:bottom w:val="single" w:sz="4" w:space="0" w:color="D9D9D9"/>
              <w:right w:val="single" w:sz="4" w:space="0" w:color="D9D9D9"/>
            </w:tcBorders>
          </w:tcPr>
          <w:p w14:paraId="5D67F581" w14:textId="77777777" w:rsidR="00F016E5" w:rsidRDefault="00000000">
            <w:pPr>
              <w:spacing w:before="80" w:after="80"/>
            </w:pPr>
            <w:r>
              <w:t>Andere bijdrage</w:t>
            </w:r>
          </w:p>
        </w:tc>
        <w:tc>
          <w:tcPr>
            <w:tcW w:w="3312" w:type="dxa"/>
            <w:tcBorders>
              <w:top w:val="single" w:sz="4" w:space="0" w:color="D9D9D9"/>
              <w:left w:val="single" w:sz="4" w:space="0" w:color="D9D9D9"/>
              <w:bottom w:val="single" w:sz="4" w:space="0" w:color="D9D9D9"/>
              <w:right w:val="single" w:sz="4" w:space="0" w:color="D9D9D9"/>
            </w:tcBorders>
          </w:tcPr>
          <w:p w14:paraId="7842485A" w14:textId="77777777" w:rsidR="00F016E5" w:rsidRDefault="00000000">
            <w:pPr>
              <w:spacing w:before="80" w:after="80"/>
            </w:pPr>
            <w:r>
              <w:t>€ ................................</w:t>
            </w:r>
          </w:p>
        </w:tc>
      </w:tr>
    </w:tbl>
    <w:p w14:paraId="72CDFB4D" w14:textId="77777777" w:rsidR="00F016E5" w:rsidRPr="00F1073E" w:rsidRDefault="00000000">
      <w:pPr>
        <w:rPr>
          <w:lang w:val="nl-NL"/>
        </w:rPr>
      </w:pPr>
      <w:r w:rsidRPr="00F1073E">
        <w:rPr>
          <w:b/>
          <w:lang w:val="nl-NL"/>
        </w:rPr>
        <w:t>Bovenstaande bedragen zijn exclusief btw. De toepasselijke btw wordt op de factuur vermeld.</w:t>
      </w:r>
    </w:p>
    <w:p w14:paraId="632EBCB2" w14:textId="4F07FF88" w:rsidR="00F016E5" w:rsidRPr="00F1073E" w:rsidRDefault="00F1073E">
      <w:pPr>
        <w:rPr>
          <w:lang w:val="nl-NL"/>
        </w:rPr>
      </w:pPr>
      <w:r>
        <w:rPr>
          <w:noProof/>
        </w:rPr>
        <w:drawing>
          <wp:anchor distT="0" distB="0" distL="114300" distR="114300" simplePos="0" relativeHeight="251657216" behindDoc="1" locked="0" layoutInCell="1" allowOverlap="1" wp14:anchorId="33ABAEEE" wp14:editId="2D8B9771">
            <wp:simplePos x="0" y="0"/>
            <wp:positionH relativeFrom="column">
              <wp:posOffset>2560320</wp:posOffset>
            </wp:positionH>
            <wp:positionV relativeFrom="paragraph">
              <wp:posOffset>389255</wp:posOffset>
            </wp:positionV>
            <wp:extent cx="1181100" cy="787162"/>
            <wp:effectExtent l="0" t="0" r="0" b="0"/>
            <wp:wrapNone/>
            <wp:docPr id="7042171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82204" name="Afbeelding 732382204"/>
                    <pic:cNvPicPr/>
                  </pic:nvPicPr>
                  <pic:blipFill>
                    <a:blip r:embed="rId8"/>
                    <a:stretch>
                      <a:fillRect/>
                    </a:stretch>
                  </pic:blipFill>
                  <pic:spPr>
                    <a:xfrm>
                      <a:off x="0" y="0"/>
                      <a:ext cx="1181100" cy="787162"/>
                    </a:xfrm>
                    <a:prstGeom prst="rect">
                      <a:avLst/>
                    </a:prstGeom>
                  </pic:spPr>
                </pic:pic>
              </a:graphicData>
            </a:graphic>
            <wp14:sizeRelH relativeFrom="margin">
              <wp14:pctWidth>0</wp14:pctWidth>
            </wp14:sizeRelH>
            <wp14:sizeRelV relativeFrom="margin">
              <wp14:pctHeight>0</wp14:pctHeight>
            </wp14:sizeRelV>
          </wp:anchor>
        </w:drawing>
      </w:r>
      <w:r w:rsidRPr="00F1073E">
        <w:rPr>
          <w:lang w:val="nl-NL"/>
        </w:rPr>
        <w:br w:type="page"/>
      </w:r>
    </w:p>
    <w:p w14:paraId="1309DF18" w14:textId="3444D0B8" w:rsidR="00F016E5" w:rsidRPr="00F1073E" w:rsidRDefault="00000000">
      <w:pPr>
        <w:pStyle w:val="Kop1"/>
        <w:rPr>
          <w:lang w:val="nl-NL"/>
        </w:rPr>
      </w:pPr>
      <w:r w:rsidRPr="00F1073E">
        <w:rPr>
          <w:lang w:val="nl-NL"/>
        </w:rPr>
        <w:lastRenderedPageBreak/>
        <w:t>2  Uw sponsorpakket vervolg</w:t>
      </w:r>
    </w:p>
    <w:p w14:paraId="7CC05ACE" w14:textId="77777777" w:rsidR="00F016E5" w:rsidRPr="00F1073E" w:rsidRDefault="00000000">
      <w:pPr>
        <w:rPr>
          <w:lang w:val="nl-NL"/>
        </w:rPr>
      </w:pPr>
      <w:r w:rsidRPr="00F1073E">
        <w:rPr>
          <w:lang w:val="nl-NL"/>
        </w:rPr>
        <w:t xml:space="preserve">Bij het gekozen pakket horen de promotie, tickets en eventuele </w:t>
      </w:r>
      <w:proofErr w:type="spellStart"/>
      <w:r w:rsidRPr="00F1073E">
        <w:rPr>
          <w:lang w:val="nl-NL"/>
        </w:rPr>
        <w:t>VIP-plaatsen</w:t>
      </w:r>
      <w:proofErr w:type="spellEnd"/>
      <w:r w:rsidRPr="00F1073E">
        <w:rPr>
          <w:lang w:val="nl-NL"/>
        </w:rPr>
        <w:t xml:space="preserve"> uit de bijgevoegde sponsorbrief. Beide partijen ontvangen deze brief bij de overeenkomst.</w:t>
      </w:r>
    </w:p>
    <w:p w14:paraId="7A688ECA" w14:textId="77777777" w:rsidR="00F016E5" w:rsidRPr="00F1073E" w:rsidRDefault="00000000">
      <w:pPr>
        <w:rPr>
          <w:lang w:val="nl-NL"/>
        </w:rPr>
      </w:pPr>
      <w:r w:rsidRPr="00F1073E">
        <w:rPr>
          <w:lang w:val="nl-NL"/>
        </w:rPr>
        <w:t>Bijgevoegde sponsorbrief, datum of versie:</w:t>
      </w:r>
      <w:r w:rsidRPr="00F1073E">
        <w:rPr>
          <w:lang w:val="nl-NL"/>
        </w:rPr>
        <w:br/>
        <w:t>...................................................................................................................................</w:t>
      </w:r>
    </w:p>
    <w:p w14:paraId="183AC243" w14:textId="77777777" w:rsidR="00F016E5" w:rsidRPr="00F1073E" w:rsidRDefault="00000000">
      <w:pPr>
        <w:rPr>
          <w:lang w:val="nl-NL"/>
        </w:rPr>
      </w:pPr>
      <w:r w:rsidRPr="00F1073E">
        <w:rPr>
          <w:lang w:val="nl-NL"/>
        </w:rPr>
        <w:t>Aanvullende of afwijkende afspraken:</w:t>
      </w:r>
      <w:r w:rsidRPr="00F1073E">
        <w:rPr>
          <w:lang w:val="nl-NL"/>
        </w:rPr>
        <w:br/>
        <w:t>...................................................................................................................................</w:t>
      </w:r>
      <w:r w:rsidRPr="00F1073E">
        <w:rPr>
          <w:lang w:val="nl-NL"/>
        </w:rPr>
        <w:br/>
        <w:t>...................................................................................................................................</w:t>
      </w:r>
    </w:p>
    <w:p w14:paraId="213B46F4" w14:textId="77777777" w:rsidR="00F016E5" w:rsidRPr="00F1073E" w:rsidRDefault="00000000">
      <w:pPr>
        <w:rPr>
          <w:lang w:val="nl-NL"/>
        </w:rPr>
      </w:pPr>
      <w:r w:rsidRPr="00F1073E">
        <w:rPr>
          <w:lang w:val="nl-NL"/>
        </w:rPr>
        <w:t>Bij verschillen gaan de bedragen en afspraken in deze ondertekende overeenkomst vóór de sponsorbrief.</w:t>
      </w:r>
    </w:p>
    <w:p w14:paraId="7A1DC478" w14:textId="77777777" w:rsidR="00F016E5" w:rsidRPr="00F1073E" w:rsidRDefault="00000000">
      <w:pPr>
        <w:pStyle w:val="Kop1"/>
        <w:rPr>
          <w:lang w:val="nl-NL"/>
        </w:rPr>
      </w:pPr>
      <w:r w:rsidRPr="00F1073E">
        <w:rPr>
          <w:lang w:val="nl-NL"/>
        </w:rPr>
        <w:t>3  Wat spreken we samen af</w:t>
      </w:r>
    </w:p>
    <w:p w14:paraId="63073AE2" w14:textId="77777777" w:rsidR="00F016E5" w:rsidRPr="00F1073E" w:rsidRDefault="00000000">
      <w:pPr>
        <w:rPr>
          <w:lang w:val="nl-NL"/>
        </w:rPr>
      </w:pPr>
      <w:r w:rsidRPr="00F1073E">
        <w:rPr>
          <w:b/>
          <w:lang w:val="nl-NL"/>
        </w:rPr>
        <w:t>De organisator zorgt voor:</w:t>
      </w:r>
    </w:p>
    <w:p w14:paraId="276AE3B8" w14:textId="77777777" w:rsidR="00F016E5" w:rsidRPr="00F1073E" w:rsidRDefault="00000000">
      <w:pPr>
        <w:pStyle w:val="Lijstopsomteken"/>
        <w:rPr>
          <w:lang w:val="nl-NL"/>
        </w:rPr>
      </w:pPr>
      <w:r w:rsidRPr="00F1073E">
        <w:rPr>
          <w:lang w:val="nl-NL"/>
        </w:rPr>
        <w:t>De promotie en overige voordelen die bij het gekozen pakket horen.</w:t>
      </w:r>
    </w:p>
    <w:p w14:paraId="4AAEC7BC" w14:textId="77777777" w:rsidR="00F016E5" w:rsidRPr="00F1073E" w:rsidRDefault="00000000">
      <w:pPr>
        <w:pStyle w:val="Lijstopsomteken"/>
        <w:rPr>
          <w:lang w:val="nl-NL"/>
        </w:rPr>
      </w:pPr>
      <w:r w:rsidRPr="00F1073E">
        <w:rPr>
          <w:lang w:val="nl-NL"/>
        </w:rPr>
        <w:t xml:space="preserve">Tijdige informatie over tickets, eventuele </w:t>
      </w:r>
      <w:proofErr w:type="spellStart"/>
      <w:r w:rsidRPr="00F1073E">
        <w:rPr>
          <w:lang w:val="nl-NL"/>
        </w:rPr>
        <w:t>VIP-plaatsen</w:t>
      </w:r>
      <w:proofErr w:type="spellEnd"/>
      <w:r w:rsidRPr="00F1073E">
        <w:rPr>
          <w:lang w:val="nl-NL"/>
        </w:rPr>
        <w:t xml:space="preserve"> en praktische zaken.</w:t>
      </w:r>
    </w:p>
    <w:p w14:paraId="2E31527C" w14:textId="77777777" w:rsidR="00F016E5" w:rsidRPr="00F1073E" w:rsidRDefault="00000000">
      <w:pPr>
        <w:pStyle w:val="Lijstopsomteken"/>
        <w:rPr>
          <w:lang w:val="nl-NL"/>
        </w:rPr>
      </w:pPr>
      <w:r w:rsidRPr="00F1073E">
        <w:rPr>
          <w:lang w:val="nl-NL"/>
        </w:rPr>
        <w:t>Overleg met de sponsor als een afgesproken onderdeel moet worden aangepast.</w:t>
      </w:r>
    </w:p>
    <w:p w14:paraId="35363B0F" w14:textId="77777777" w:rsidR="00F016E5" w:rsidRDefault="00000000">
      <w:r>
        <w:rPr>
          <w:b/>
        </w:rPr>
        <w:t xml:space="preserve">De sponsor </w:t>
      </w:r>
      <w:proofErr w:type="spellStart"/>
      <w:r>
        <w:rPr>
          <w:b/>
        </w:rPr>
        <w:t>zorgt</w:t>
      </w:r>
      <w:proofErr w:type="spellEnd"/>
      <w:r>
        <w:rPr>
          <w:b/>
        </w:rPr>
        <w:t xml:space="preserve"> </w:t>
      </w:r>
      <w:proofErr w:type="spellStart"/>
      <w:r>
        <w:rPr>
          <w:b/>
        </w:rPr>
        <w:t>voor</w:t>
      </w:r>
      <w:proofErr w:type="spellEnd"/>
      <w:r>
        <w:rPr>
          <w:b/>
        </w:rPr>
        <w:t>:</w:t>
      </w:r>
    </w:p>
    <w:p w14:paraId="7C848A62" w14:textId="77777777" w:rsidR="00F016E5" w:rsidRPr="00F1073E" w:rsidRDefault="00000000">
      <w:pPr>
        <w:pStyle w:val="Lijstopsomteken"/>
        <w:rPr>
          <w:lang w:val="nl-NL"/>
        </w:rPr>
      </w:pPr>
      <w:r w:rsidRPr="00F1073E">
        <w:rPr>
          <w:lang w:val="nl-NL"/>
        </w:rPr>
        <w:t>Tijdige betaling van de sponsorbijdrage.</w:t>
      </w:r>
    </w:p>
    <w:p w14:paraId="03BDCCF0" w14:textId="77777777" w:rsidR="00F016E5" w:rsidRPr="00F1073E" w:rsidRDefault="00000000">
      <w:pPr>
        <w:pStyle w:val="Lijstopsomteken"/>
        <w:rPr>
          <w:lang w:val="nl-NL"/>
        </w:rPr>
      </w:pPr>
      <w:r w:rsidRPr="00F1073E">
        <w:rPr>
          <w:lang w:val="nl-NL"/>
        </w:rPr>
        <w:t>Aanlevering van logo’s, teksten en andere benodigde materialen in het afgesproken formaat.</w:t>
      </w:r>
    </w:p>
    <w:p w14:paraId="236BC611" w14:textId="77777777" w:rsidR="00F016E5" w:rsidRPr="00F1073E" w:rsidRDefault="00000000">
      <w:pPr>
        <w:pStyle w:val="Lijstopsomteken"/>
        <w:rPr>
          <w:lang w:val="nl-NL"/>
        </w:rPr>
      </w:pPr>
      <w:r w:rsidRPr="00F1073E">
        <w:rPr>
          <w:lang w:val="nl-NL"/>
        </w:rPr>
        <w:t>Een contactpersoon met wie de organisatie de uitvoering kan afstemmen.</w:t>
      </w:r>
    </w:p>
    <w:p w14:paraId="789A3A76" w14:textId="77777777" w:rsidR="00F016E5" w:rsidRPr="00F1073E" w:rsidRDefault="00000000">
      <w:pPr>
        <w:rPr>
          <w:lang w:val="nl-NL"/>
        </w:rPr>
      </w:pPr>
      <w:r w:rsidRPr="00F1073E">
        <w:rPr>
          <w:lang w:val="nl-NL"/>
        </w:rPr>
        <w:t>De sponsor geeft de organisator toestemming om de aangeleverde bedrijfsnaam, logo’s en teksten te gebruiken voor de afgesproken promotie van deze editie. De sponsor zorgt dat deze materialen daarvoor gebruikt mogen worden.</w:t>
      </w:r>
    </w:p>
    <w:p w14:paraId="4FC1BB39" w14:textId="77777777" w:rsidR="00F016E5" w:rsidRPr="00F1073E" w:rsidRDefault="00000000">
      <w:pPr>
        <w:rPr>
          <w:lang w:val="nl-NL"/>
        </w:rPr>
      </w:pPr>
      <w:r w:rsidRPr="00F1073E">
        <w:rPr>
          <w:lang w:val="nl-NL"/>
        </w:rPr>
        <w:t>Uiterste aanleverdatum: ............................................................................................</w:t>
      </w:r>
      <w:r w:rsidRPr="00F1073E">
        <w:rPr>
          <w:lang w:val="nl-NL"/>
        </w:rPr>
        <w:br/>
        <w:t xml:space="preserve">Eventuele voorkeur voor de dag van </w:t>
      </w:r>
      <w:proofErr w:type="spellStart"/>
      <w:r w:rsidRPr="00F1073E">
        <w:rPr>
          <w:lang w:val="nl-NL"/>
        </w:rPr>
        <w:t>VIP-plaatsen</w:t>
      </w:r>
      <w:proofErr w:type="spellEnd"/>
      <w:r w:rsidRPr="00F1073E">
        <w:rPr>
          <w:lang w:val="nl-NL"/>
        </w:rPr>
        <w:t>: ..................................................</w:t>
      </w:r>
    </w:p>
    <w:p w14:paraId="56386B5F" w14:textId="77777777" w:rsidR="00F016E5" w:rsidRPr="00F1073E" w:rsidRDefault="00000000">
      <w:pPr>
        <w:pStyle w:val="Kop1"/>
        <w:rPr>
          <w:lang w:val="nl-NL"/>
        </w:rPr>
      </w:pPr>
      <w:r w:rsidRPr="00F1073E">
        <w:rPr>
          <w:lang w:val="nl-NL"/>
        </w:rPr>
        <w:t>4  Hoe lang loopt de samenwerking</w:t>
      </w:r>
    </w:p>
    <w:p w14:paraId="4D7C0A68" w14:textId="77777777" w:rsidR="00F016E5" w:rsidRPr="00F1073E" w:rsidRDefault="00000000">
      <w:pPr>
        <w:rPr>
          <w:lang w:val="nl-NL"/>
        </w:rPr>
      </w:pPr>
      <w:r w:rsidRPr="00F1073E">
        <w:rPr>
          <w:lang w:val="nl-NL"/>
        </w:rPr>
        <w:t>De overeenkomst begint zodra beide partijen hebben ondertekend en loopt tot en met 3 mei 2027.</w:t>
      </w:r>
    </w:p>
    <w:p w14:paraId="2AA80B07" w14:textId="77777777" w:rsidR="00F016E5" w:rsidRPr="00F1073E" w:rsidRDefault="00000000">
      <w:pPr>
        <w:rPr>
          <w:lang w:val="nl-NL"/>
        </w:rPr>
      </w:pPr>
      <w:r w:rsidRPr="00F1073E">
        <w:rPr>
          <w:lang w:val="nl-NL"/>
        </w:rPr>
        <w:t>Als in de sponsorbrief promotie gedurende een langere periode is afgesproken, blijft die afspraak ook na 3 mei 2027 gelden. Hetzelfde geldt voor nog openstaande betalingen en andere afspraken die nog moeten worden afgerond.</w:t>
      </w:r>
    </w:p>
    <w:p w14:paraId="0BBBDDD1" w14:textId="77777777" w:rsidR="00F016E5" w:rsidRPr="00F1073E" w:rsidRDefault="00000000">
      <w:pPr>
        <w:rPr>
          <w:lang w:val="nl-NL"/>
        </w:rPr>
      </w:pPr>
      <w:r w:rsidRPr="00F1073E">
        <w:rPr>
          <w:lang w:val="nl-NL"/>
        </w:rPr>
        <w:t>Afgesproken promotieperiode:</w:t>
      </w:r>
      <w:r w:rsidRPr="00F1073E">
        <w:rPr>
          <w:lang w:val="nl-NL"/>
        </w:rPr>
        <w:br/>
        <w:t>Van ........................................ tot ........................................</w:t>
      </w:r>
    </w:p>
    <w:p w14:paraId="41395F56" w14:textId="77777777" w:rsidR="00F016E5" w:rsidRPr="00F1073E" w:rsidRDefault="00000000">
      <w:pPr>
        <w:pStyle w:val="Kop1"/>
        <w:rPr>
          <w:lang w:val="nl-NL"/>
        </w:rPr>
      </w:pPr>
      <w:r w:rsidRPr="00F1073E">
        <w:rPr>
          <w:lang w:val="nl-NL"/>
        </w:rPr>
        <w:t>5  Factuur en betaling</w:t>
      </w:r>
    </w:p>
    <w:p w14:paraId="510B39DD" w14:textId="77777777" w:rsidR="00F016E5" w:rsidRPr="00F1073E" w:rsidRDefault="00000000">
      <w:pPr>
        <w:rPr>
          <w:lang w:val="nl-NL"/>
        </w:rPr>
      </w:pPr>
      <w:r w:rsidRPr="00F1073E">
        <w:rPr>
          <w:lang w:val="nl-NL"/>
        </w:rPr>
        <w:t>Na ondertekening ontvangt de sponsor een factuur. De sponsor betaalt deze binnen 14 dagen na factuurdatum op het rekeningnummer dat op de factuur staat.</w:t>
      </w:r>
    </w:p>
    <w:p w14:paraId="36B7A209" w14:textId="77777777" w:rsidR="00F016E5" w:rsidRPr="00F1073E" w:rsidRDefault="00000000">
      <w:pPr>
        <w:rPr>
          <w:lang w:val="nl-NL"/>
        </w:rPr>
      </w:pPr>
      <w:r w:rsidRPr="00F1073E">
        <w:rPr>
          <w:lang w:val="nl-NL"/>
        </w:rPr>
        <w:t>Lukt betaling niet op tijd? Neem dan vóór het einde van de betaaltermijn contact op met de organisator, zodat we samen naar een oplossing kunnen kijken.</w:t>
      </w:r>
    </w:p>
    <w:p w14:paraId="3DD00970" w14:textId="38D8D383" w:rsidR="00F016E5" w:rsidRPr="00F1073E" w:rsidRDefault="00F1073E">
      <w:pPr>
        <w:rPr>
          <w:lang w:val="nl-NL"/>
        </w:rPr>
      </w:pPr>
      <w:r>
        <w:rPr>
          <w:noProof/>
        </w:rPr>
        <w:drawing>
          <wp:anchor distT="0" distB="0" distL="114300" distR="114300" simplePos="0" relativeHeight="251658240" behindDoc="1" locked="0" layoutInCell="1" allowOverlap="1" wp14:anchorId="64BC88BF" wp14:editId="02AD0111">
            <wp:simplePos x="0" y="0"/>
            <wp:positionH relativeFrom="column">
              <wp:posOffset>2560320</wp:posOffset>
            </wp:positionH>
            <wp:positionV relativeFrom="paragraph">
              <wp:posOffset>365125</wp:posOffset>
            </wp:positionV>
            <wp:extent cx="1181100" cy="787162"/>
            <wp:effectExtent l="0" t="0" r="0" b="0"/>
            <wp:wrapNone/>
            <wp:docPr id="10294065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82204" name="Afbeelding 732382204"/>
                    <pic:cNvPicPr/>
                  </pic:nvPicPr>
                  <pic:blipFill>
                    <a:blip r:embed="rId8"/>
                    <a:stretch>
                      <a:fillRect/>
                    </a:stretch>
                  </pic:blipFill>
                  <pic:spPr>
                    <a:xfrm>
                      <a:off x="0" y="0"/>
                      <a:ext cx="1181100" cy="787162"/>
                    </a:xfrm>
                    <a:prstGeom prst="rect">
                      <a:avLst/>
                    </a:prstGeom>
                  </pic:spPr>
                </pic:pic>
              </a:graphicData>
            </a:graphic>
            <wp14:sizeRelH relativeFrom="margin">
              <wp14:pctWidth>0</wp14:pctWidth>
            </wp14:sizeRelH>
            <wp14:sizeRelV relativeFrom="margin">
              <wp14:pctHeight>0</wp14:pctHeight>
            </wp14:sizeRelV>
          </wp:anchor>
        </w:drawing>
      </w:r>
      <w:r w:rsidRPr="00F1073E">
        <w:rPr>
          <w:lang w:val="nl-NL"/>
        </w:rPr>
        <w:br w:type="page"/>
      </w:r>
    </w:p>
    <w:p w14:paraId="7106E32E" w14:textId="02B6C60F" w:rsidR="00F016E5" w:rsidRPr="00F1073E" w:rsidRDefault="00000000">
      <w:pPr>
        <w:pStyle w:val="Kop1"/>
        <w:rPr>
          <w:lang w:val="nl-NL"/>
        </w:rPr>
      </w:pPr>
      <w:r w:rsidRPr="00F1073E">
        <w:rPr>
          <w:lang w:val="nl-NL"/>
        </w:rPr>
        <w:lastRenderedPageBreak/>
        <w:t>6  Als het evenement niet kan doorgaan</w:t>
      </w:r>
    </w:p>
    <w:p w14:paraId="30463F38" w14:textId="77777777" w:rsidR="00F016E5" w:rsidRPr="00F1073E" w:rsidRDefault="00000000">
      <w:pPr>
        <w:rPr>
          <w:lang w:val="nl-NL"/>
        </w:rPr>
      </w:pPr>
      <w:r w:rsidRPr="00F1073E">
        <w:rPr>
          <w:lang w:val="nl-NL"/>
        </w:rPr>
        <w:t>Kan het evenement door overmacht niet doorgaan? Dan neemt de organisator zo snel mogelijk contact op met de sponsor. Samen bespreken we een passende oplossing, zoals een nieuwe datum of een andere vorm van promotie.</w:t>
      </w:r>
    </w:p>
    <w:p w14:paraId="11F40337" w14:textId="77777777" w:rsidR="00F016E5" w:rsidRPr="00F1073E" w:rsidRDefault="00000000">
      <w:pPr>
        <w:rPr>
          <w:lang w:val="nl-NL"/>
        </w:rPr>
      </w:pPr>
      <w:r w:rsidRPr="00F1073E">
        <w:rPr>
          <w:lang w:val="nl-NL"/>
        </w:rPr>
        <w:t>Een alternatief wordt alleen uitgevoerd als beide partijen daarmee schriftelijk akkoord gaan.</w:t>
      </w:r>
    </w:p>
    <w:p w14:paraId="592C0D7A" w14:textId="77777777" w:rsidR="00F016E5" w:rsidRPr="00F1073E" w:rsidRDefault="00000000">
      <w:pPr>
        <w:rPr>
          <w:lang w:val="nl-NL"/>
        </w:rPr>
      </w:pPr>
      <w:r w:rsidRPr="00F1073E">
        <w:rPr>
          <w:lang w:val="nl-NL"/>
        </w:rPr>
        <w:t>Is er geen passend alternatief? Dan wordt de betaalde sponsorbijdrage terugbetaald, verminderd met uitsluitend de aantoonbare, niet-terugvorderbare kosten die specifiek voor deze sponsor zijn gemaakt en vooraf schriftelijk met de sponsor zijn afgesproken. Algemene organisatiekosten worden niet ingehouden.</w:t>
      </w:r>
    </w:p>
    <w:p w14:paraId="0A0DD984" w14:textId="77777777" w:rsidR="00F016E5" w:rsidRPr="00F1073E" w:rsidRDefault="00000000">
      <w:pPr>
        <w:rPr>
          <w:lang w:val="nl-NL"/>
        </w:rPr>
      </w:pPr>
      <w:r w:rsidRPr="00F1073E">
        <w:rPr>
          <w:lang w:val="nl-NL"/>
        </w:rPr>
        <w:t>De sponsor ontvangt een duidelijk kostenoverzicht en het resterende bedrag wordt binnen 30 dagen terugbetaald. Eventueel gefactureerde btw wordt daarbij passend gecorrigeerd.</w:t>
      </w:r>
    </w:p>
    <w:p w14:paraId="505E4869" w14:textId="77777777" w:rsidR="00F016E5" w:rsidRPr="00F1073E" w:rsidRDefault="00000000">
      <w:pPr>
        <w:rPr>
          <w:lang w:val="nl-NL"/>
        </w:rPr>
      </w:pPr>
      <w:r w:rsidRPr="00F1073E">
        <w:rPr>
          <w:lang w:val="nl-NL"/>
        </w:rPr>
        <w:t>Bij annulering om een andere reden maken partijen schriftelijke afspraken over de afwikkeling. Hun wettelijke rechten blijven daarbij gelden.</w:t>
      </w:r>
    </w:p>
    <w:p w14:paraId="4C0CCB78" w14:textId="77777777" w:rsidR="00F016E5" w:rsidRPr="00F1073E" w:rsidRDefault="00000000">
      <w:pPr>
        <w:pStyle w:val="Kop1"/>
        <w:rPr>
          <w:lang w:val="nl-NL"/>
        </w:rPr>
      </w:pPr>
      <w:r w:rsidRPr="00F1073E">
        <w:rPr>
          <w:lang w:val="nl-NL"/>
        </w:rPr>
        <w:t>7  Overleg en wijzigingen</w:t>
      </w:r>
    </w:p>
    <w:p w14:paraId="21E6A6F1" w14:textId="77777777" w:rsidR="00F016E5" w:rsidRPr="00F1073E" w:rsidRDefault="00000000">
      <w:pPr>
        <w:rPr>
          <w:lang w:val="nl-NL"/>
        </w:rPr>
      </w:pPr>
      <w:r w:rsidRPr="00F1073E">
        <w:rPr>
          <w:lang w:val="nl-NL"/>
        </w:rPr>
        <w:t>Heeft een van beide partijen vragen of zorgen over de samenwerking? Dan bespreken we die zo snel mogelijk met elkaar.</w:t>
      </w:r>
    </w:p>
    <w:p w14:paraId="289F380E" w14:textId="77777777" w:rsidR="00F016E5" w:rsidRPr="00F1073E" w:rsidRDefault="00000000">
      <w:pPr>
        <w:rPr>
          <w:lang w:val="nl-NL"/>
        </w:rPr>
      </w:pPr>
      <w:r w:rsidRPr="00F1073E">
        <w:rPr>
          <w:lang w:val="nl-NL"/>
        </w:rPr>
        <w:t>Aanpassingen of aanvullende afspraken leggen we schriftelijk vast. Dit mag ook per e-mail, als beide partijen akkoord gaan.</w:t>
      </w:r>
    </w:p>
    <w:p w14:paraId="7F363604" w14:textId="77777777" w:rsidR="00F016E5" w:rsidRPr="00F1073E" w:rsidRDefault="00000000">
      <w:pPr>
        <w:rPr>
          <w:lang w:val="nl-NL"/>
        </w:rPr>
      </w:pPr>
      <w:r w:rsidRPr="00F1073E">
        <w:rPr>
          <w:lang w:val="nl-NL"/>
        </w:rPr>
        <w:t>Op deze overeenkomst is Nederlands recht van toepassing, met behoud van regels waarvan wettelijk niet mag worden afgeweken. Bij een geschil proberen we eerst samen een oplossing te vinden. Lukt dat niet, dan kan het geschil worden voorgelegd aan de bevoegde rechter.</w:t>
      </w:r>
    </w:p>
    <w:p w14:paraId="5DC33BDA" w14:textId="77777777" w:rsidR="00F016E5" w:rsidRPr="00F1073E" w:rsidRDefault="00000000">
      <w:pPr>
        <w:pStyle w:val="Kop1"/>
        <w:rPr>
          <w:lang w:val="nl-NL"/>
        </w:rPr>
      </w:pPr>
      <w:r w:rsidRPr="00F1073E">
        <w:rPr>
          <w:lang w:val="nl-NL"/>
        </w:rPr>
        <w:t>8  Ondertekening</w:t>
      </w:r>
    </w:p>
    <w:p w14:paraId="25DBF28A" w14:textId="77777777" w:rsidR="00F016E5" w:rsidRPr="00F1073E" w:rsidRDefault="00000000">
      <w:pPr>
        <w:rPr>
          <w:lang w:val="nl-NL"/>
        </w:rPr>
      </w:pPr>
      <w:r w:rsidRPr="00F1073E">
        <w:rPr>
          <w:lang w:val="nl-NL"/>
        </w:rPr>
        <w:t>Met hun handtekening bevestigen beide partijen dat zij akkoord gaan met deze overeenkomst en de bijgevoegde sponsorbrief. Beide partijen ontvangen een ondertekend exemplaar.</w:t>
      </w:r>
    </w:p>
    <w:p w14:paraId="01F45188" w14:textId="77777777" w:rsidR="00F016E5" w:rsidRPr="00F1073E" w:rsidRDefault="00000000">
      <w:pPr>
        <w:rPr>
          <w:lang w:val="nl-NL"/>
        </w:rPr>
      </w:pPr>
      <w:r w:rsidRPr="00F1073E">
        <w:rPr>
          <w:b/>
          <w:lang w:val="nl-NL"/>
        </w:rPr>
        <w:t>Voor de organisator</w:t>
      </w:r>
    </w:p>
    <w:p w14:paraId="14E88721" w14:textId="3DBBC968" w:rsidR="00F016E5" w:rsidRPr="00F1073E" w:rsidRDefault="00000000">
      <w:pPr>
        <w:rPr>
          <w:lang w:val="nl-NL"/>
        </w:rPr>
      </w:pPr>
      <w:r w:rsidRPr="00F1073E">
        <w:rPr>
          <w:lang w:val="nl-NL"/>
        </w:rPr>
        <w:t xml:space="preserve">Naam: </w:t>
      </w:r>
      <w:proofErr w:type="spellStart"/>
      <w:r w:rsidRPr="00F1073E">
        <w:rPr>
          <w:lang w:val="nl-NL"/>
        </w:rPr>
        <w:t>Siggi</w:t>
      </w:r>
      <w:proofErr w:type="spellEnd"/>
      <w:r w:rsidRPr="00F1073E">
        <w:rPr>
          <w:lang w:val="nl-NL"/>
        </w:rPr>
        <w:t xml:space="preserve"> Segers</w:t>
      </w:r>
      <w:r w:rsidR="001240DA">
        <w:rPr>
          <w:lang w:val="nl-NL"/>
        </w:rPr>
        <w:t xml:space="preserve"> ( </w:t>
      </w:r>
      <w:proofErr w:type="spellStart"/>
      <w:r w:rsidR="001240DA">
        <w:rPr>
          <w:lang w:val="nl-NL"/>
        </w:rPr>
        <w:t>Siggi</w:t>
      </w:r>
      <w:proofErr w:type="spellEnd"/>
      <w:r w:rsidR="001240DA">
        <w:rPr>
          <w:lang w:val="nl-NL"/>
        </w:rPr>
        <w:t xml:space="preserve"> s NPC </w:t>
      </w:r>
      <w:proofErr w:type="spellStart"/>
      <w:r w:rsidR="001240DA">
        <w:rPr>
          <w:lang w:val="nl-NL"/>
        </w:rPr>
        <w:t>Regional</w:t>
      </w:r>
      <w:proofErr w:type="spellEnd"/>
      <w:r w:rsidR="001240DA">
        <w:rPr>
          <w:lang w:val="nl-NL"/>
        </w:rPr>
        <w:t xml:space="preserve"> )</w:t>
      </w:r>
      <w:r w:rsidRPr="00F1073E">
        <w:rPr>
          <w:lang w:val="nl-NL"/>
        </w:rPr>
        <w:br/>
        <w:t xml:space="preserve">Functie: </w:t>
      </w:r>
      <w:r w:rsidR="00F1073E">
        <w:rPr>
          <w:lang w:val="nl-NL"/>
        </w:rPr>
        <w:t xml:space="preserve"> Organisator</w:t>
      </w:r>
      <w:r w:rsidRPr="00F1073E">
        <w:rPr>
          <w:lang w:val="nl-NL"/>
        </w:rPr>
        <w:br/>
        <w:t xml:space="preserve">Plaats: </w:t>
      </w:r>
      <w:r w:rsidR="00F1073E">
        <w:rPr>
          <w:lang w:val="nl-NL"/>
        </w:rPr>
        <w:t xml:space="preserve">Turnhout                      </w:t>
      </w:r>
      <w:r w:rsidRPr="00F1073E">
        <w:rPr>
          <w:lang w:val="nl-NL"/>
        </w:rPr>
        <w:t xml:space="preserve">  Datum: ................................................</w:t>
      </w:r>
      <w:r w:rsidRPr="00F1073E">
        <w:rPr>
          <w:lang w:val="nl-NL"/>
        </w:rPr>
        <w:br/>
      </w:r>
      <w:r w:rsidRPr="00F1073E">
        <w:rPr>
          <w:lang w:val="nl-NL"/>
        </w:rPr>
        <w:br/>
      </w:r>
    </w:p>
    <w:p w14:paraId="3794C3B9" w14:textId="77777777" w:rsidR="00F016E5" w:rsidRPr="00F1073E" w:rsidRDefault="00000000">
      <w:pPr>
        <w:rPr>
          <w:lang w:val="nl-NL"/>
        </w:rPr>
      </w:pPr>
      <w:r w:rsidRPr="00F1073E">
        <w:rPr>
          <w:b/>
          <w:lang w:val="nl-NL"/>
        </w:rPr>
        <w:t>Voor de sponsor</w:t>
      </w:r>
    </w:p>
    <w:p w14:paraId="61256CAB" w14:textId="77777777" w:rsidR="00F016E5" w:rsidRPr="00F1073E" w:rsidRDefault="00000000">
      <w:pPr>
        <w:rPr>
          <w:lang w:val="nl-NL"/>
        </w:rPr>
      </w:pPr>
      <w:r w:rsidRPr="00F1073E">
        <w:rPr>
          <w:lang w:val="nl-NL"/>
        </w:rPr>
        <w:t>Bedrijfsnaam: ............................................................................................................</w:t>
      </w:r>
      <w:r w:rsidRPr="00F1073E">
        <w:rPr>
          <w:lang w:val="nl-NL"/>
        </w:rPr>
        <w:br/>
        <w:t>Naam: .......................................................................................................................</w:t>
      </w:r>
      <w:r w:rsidRPr="00F1073E">
        <w:rPr>
          <w:lang w:val="nl-NL"/>
        </w:rPr>
        <w:br/>
        <w:t>Functie: .....................................................................................................................</w:t>
      </w:r>
      <w:r w:rsidRPr="00F1073E">
        <w:rPr>
          <w:lang w:val="nl-NL"/>
        </w:rPr>
        <w:br/>
        <w:t>Plaats: ........................................................  Datum: ................................................</w:t>
      </w:r>
      <w:r w:rsidRPr="00F1073E">
        <w:rPr>
          <w:lang w:val="nl-NL"/>
        </w:rPr>
        <w:br/>
      </w:r>
      <w:r w:rsidRPr="00F1073E">
        <w:rPr>
          <w:lang w:val="nl-NL"/>
        </w:rPr>
        <w:br/>
        <w:t>Handtekening: ...........................................................................................................</w:t>
      </w:r>
    </w:p>
    <w:p w14:paraId="73C6BB81" w14:textId="30852756" w:rsidR="00F016E5" w:rsidRPr="00F1073E" w:rsidRDefault="00F1073E">
      <w:pPr>
        <w:rPr>
          <w:lang w:val="nl-NL"/>
        </w:rPr>
      </w:pPr>
      <w:r>
        <w:rPr>
          <w:noProof/>
        </w:rPr>
        <w:drawing>
          <wp:anchor distT="0" distB="0" distL="114300" distR="114300" simplePos="0" relativeHeight="251660288" behindDoc="1" locked="0" layoutInCell="1" allowOverlap="1" wp14:anchorId="6CC32C87" wp14:editId="1656613B">
            <wp:simplePos x="0" y="0"/>
            <wp:positionH relativeFrom="column">
              <wp:posOffset>2560320</wp:posOffset>
            </wp:positionH>
            <wp:positionV relativeFrom="paragraph">
              <wp:posOffset>594360</wp:posOffset>
            </wp:positionV>
            <wp:extent cx="1181100" cy="787162"/>
            <wp:effectExtent l="0" t="0" r="0" b="0"/>
            <wp:wrapNone/>
            <wp:docPr id="15205590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82204" name="Afbeelding 732382204"/>
                    <pic:cNvPicPr/>
                  </pic:nvPicPr>
                  <pic:blipFill>
                    <a:blip r:embed="rId8"/>
                    <a:stretch>
                      <a:fillRect/>
                    </a:stretch>
                  </pic:blipFill>
                  <pic:spPr>
                    <a:xfrm>
                      <a:off x="0" y="0"/>
                      <a:ext cx="1181100" cy="787162"/>
                    </a:xfrm>
                    <a:prstGeom prst="rect">
                      <a:avLst/>
                    </a:prstGeom>
                  </pic:spPr>
                </pic:pic>
              </a:graphicData>
            </a:graphic>
            <wp14:sizeRelH relativeFrom="margin">
              <wp14:pctWidth>0</wp14:pctWidth>
            </wp14:sizeRelH>
            <wp14:sizeRelV relativeFrom="margin">
              <wp14:pctHeight>0</wp14:pctHeight>
            </wp14:sizeRelV>
          </wp:anchor>
        </w:drawing>
      </w:r>
      <w:r w:rsidRPr="00F1073E">
        <w:rPr>
          <w:b/>
          <w:lang w:val="nl-NL"/>
        </w:rPr>
        <w:t>Hartelijk dank voor uw vertrouwen en sportieve steun. We kijken uit naar een mooie samenwerking!</w:t>
      </w:r>
    </w:p>
    <w:sectPr w:rsidR="00F016E5" w:rsidRPr="00F1073E" w:rsidSect="00034616">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F9868" w14:textId="77777777" w:rsidR="004D4B96" w:rsidRDefault="004D4B96">
      <w:pPr>
        <w:spacing w:after="0" w:line="240" w:lineRule="auto"/>
      </w:pPr>
      <w:r>
        <w:separator/>
      </w:r>
    </w:p>
  </w:endnote>
  <w:endnote w:type="continuationSeparator" w:id="0">
    <w:p w14:paraId="2D6402AC" w14:textId="77777777" w:rsidR="004D4B96" w:rsidRDefault="004D4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2931" w14:textId="77777777" w:rsidR="00F016E5" w:rsidRDefault="00000000">
    <w:pPr>
      <w:pStyle w:val="Voettekst"/>
      <w:jc w:val="right"/>
    </w:pPr>
    <w:r>
      <w:rPr>
        <w:sz w:val="18"/>
      </w:rPr>
      <w:t xml:space="preserve">Siggi’s Regional &amp; Fit Expo 2027  |  </w:t>
    </w:r>
    <w:r>
      <w:fldChar w:fldCharType="begin"/>
    </w:r>
    <w:r>
      <w:instrText>PAGE</w:instrText>
    </w:r>
    <w:r>
      <w:fldChar w:fldCharType="separate"/>
    </w:r>
    <w:r w:rsidR="00F107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85FB" w14:textId="77777777" w:rsidR="004D4B96" w:rsidRDefault="004D4B96">
      <w:pPr>
        <w:spacing w:after="0" w:line="240" w:lineRule="auto"/>
      </w:pPr>
      <w:r>
        <w:separator/>
      </w:r>
    </w:p>
  </w:footnote>
  <w:footnote w:type="continuationSeparator" w:id="0">
    <w:p w14:paraId="6D07ADE1" w14:textId="77777777" w:rsidR="004D4B96" w:rsidRDefault="004D4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11521497">
    <w:abstractNumId w:val="8"/>
  </w:num>
  <w:num w:numId="2" w16cid:durableId="221446686">
    <w:abstractNumId w:val="6"/>
  </w:num>
  <w:num w:numId="3" w16cid:durableId="1041127461">
    <w:abstractNumId w:val="5"/>
  </w:num>
  <w:num w:numId="4" w16cid:durableId="1134375787">
    <w:abstractNumId w:val="4"/>
  </w:num>
  <w:num w:numId="5" w16cid:durableId="460197567">
    <w:abstractNumId w:val="7"/>
  </w:num>
  <w:num w:numId="6" w16cid:durableId="311449803">
    <w:abstractNumId w:val="3"/>
  </w:num>
  <w:num w:numId="7" w16cid:durableId="1010378943">
    <w:abstractNumId w:val="2"/>
  </w:num>
  <w:num w:numId="8" w16cid:durableId="641350555">
    <w:abstractNumId w:val="1"/>
  </w:num>
  <w:num w:numId="9" w16cid:durableId="1385593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0DA"/>
    <w:rsid w:val="0015074B"/>
    <w:rsid w:val="0029639D"/>
    <w:rsid w:val="00326F90"/>
    <w:rsid w:val="004D4B96"/>
    <w:rsid w:val="00546349"/>
    <w:rsid w:val="005C0081"/>
    <w:rsid w:val="00AA1D8D"/>
    <w:rsid w:val="00B47730"/>
    <w:rsid w:val="00CB0664"/>
    <w:rsid w:val="00F016E5"/>
    <w:rsid w:val="00F1073E"/>
    <w:rsid w:val="00F227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158014"/>
  <w14:defaultImageDpi w14:val="300"/>
  <w15:docId w15:val="{C0DE234B-8B25-4AF4-9021-164715F4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0" w:lineRule="auto"/>
    </w:pPr>
    <w:rPr>
      <w:rFonts w:ascii="Calibri" w:hAnsi="Calibri"/>
      <w:color w:val="000000"/>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sz w:val="2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1112</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v drunen</cp:lastModifiedBy>
  <cp:revision>3</cp:revision>
  <dcterms:created xsi:type="dcterms:W3CDTF">2013-12-23T23:15:00Z</dcterms:created>
  <dcterms:modified xsi:type="dcterms:W3CDTF">2026-10-21T17:22:00Z</dcterms:modified>
  <cp:category/>
</cp:coreProperties>
</file>