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73D35" w14:textId="58A04B33" w:rsidR="00042A6C" w:rsidRDefault="00042A6C">
      <w:pPr>
        <w:rPr>
          <w:b/>
          <w:lang w:val="nl-NL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8F63B20" wp14:editId="55D6F729">
            <wp:simplePos x="0" y="0"/>
            <wp:positionH relativeFrom="column">
              <wp:posOffset>683260</wp:posOffset>
            </wp:positionH>
            <wp:positionV relativeFrom="paragraph">
              <wp:posOffset>-723900</wp:posOffset>
            </wp:positionV>
            <wp:extent cx="5122190" cy="3413760"/>
            <wp:effectExtent l="0" t="0" r="2540" b="0"/>
            <wp:wrapNone/>
            <wp:docPr id="1805899400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5899400" name="Afbeelding 180589940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22190" cy="3413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7E7433" w14:textId="2ED706DF" w:rsidR="00042A6C" w:rsidRDefault="00042A6C">
      <w:pPr>
        <w:rPr>
          <w:b/>
          <w:lang w:val="nl-NL"/>
        </w:rPr>
      </w:pPr>
    </w:p>
    <w:p w14:paraId="2B84D77E" w14:textId="1EEE0C69" w:rsidR="00042A6C" w:rsidRDefault="00042A6C">
      <w:pPr>
        <w:rPr>
          <w:b/>
          <w:lang w:val="nl-NL"/>
        </w:rPr>
      </w:pPr>
    </w:p>
    <w:p w14:paraId="4FF9D34A" w14:textId="607D3797" w:rsidR="00042A6C" w:rsidRDefault="00042A6C">
      <w:pPr>
        <w:rPr>
          <w:b/>
          <w:lang w:val="nl-NL"/>
        </w:rPr>
      </w:pPr>
    </w:p>
    <w:p w14:paraId="27D8D7DB" w14:textId="7CB0E542" w:rsidR="00042A6C" w:rsidRDefault="00042A6C">
      <w:pPr>
        <w:rPr>
          <w:b/>
          <w:lang w:val="nl-NL"/>
        </w:rPr>
      </w:pPr>
    </w:p>
    <w:p w14:paraId="0A9B2E08" w14:textId="77777777" w:rsidR="00042A6C" w:rsidRDefault="00042A6C">
      <w:pPr>
        <w:rPr>
          <w:b/>
          <w:lang w:val="nl-NL"/>
        </w:rPr>
      </w:pPr>
    </w:p>
    <w:p w14:paraId="385AF348" w14:textId="34DE4B8A" w:rsidR="00042A6C" w:rsidRDefault="00042A6C">
      <w:pPr>
        <w:rPr>
          <w:b/>
          <w:lang w:val="nl-NL"/>
        </w:rPr>
      </w:pPr>
    </w:p>
    <w:p w14:paraId="2355B225" w14:textId="77777777" w:rsidR="00042A6C" w:rsidRDefault="00042A6C">
      <w:pPr>
        <w:rPr>
          <w:b/>
          <w:lang w:val="nl-NL"/>
        </w:rPr>
      </w:pPr>
    </w:p>
    <w:p w14:paraId="77248C20" w14:textId="77777777" w:rsidR="00042A6C" w:rsidRDefault="00042A6C">
      <w:pPr>
        <w:rPr>
          <w:b/>
          <w:lang w:val="nl-NL"/>
        </w:rPr>
      </w:pPr>
    </w:p>
    <w:p w14:paraId="5472F61B" w14:textId="23132D8D" w:rsidR="001770D0" w:rsidRPr="00042A6C" w:rsidRDefault="00000000">
      <w:pPr>
        <w:rPr>
          <w:lang w:val="nl-NL"/>
        </w:rPr>
      </w:pPr>
      <w:r w:rsidRPr="00042A6C">
        <w:rPr>
          <w:b/>
          <w:lang w:val="nl-NL"/>
        </w:rPr>
        <w:t>Aan onze sportieve partners</w:t>
      </w:r>
    </w:p>
    <w:p w14:paraId="59583B8E" w14:textId="0CC665FF" w:rsidR="001770D0" w:rsidRPr="00042A6C" w:rsidRDefault="00000000">
      <w:pPr>
        <w:pStyle w:val="Titel"/>
        <w:rPr>
          <w:lang w:val="nl-NL"/>
        </w:rPr>
      </w:pPr>
      <w:r w:rsidRPr="00042A6C">
        <w:rPr>
          <w:lang w:val="nl-NL"/>
        </w:rPr>
        <w:t>Word partner van de</w:t>
      </w:r>
      <w:r w:rsidRPr="00042A6C">
        <w:rPr>
          <w:lang w:val="nl-NL"/>
        </w:rPr>
        <w:br/>
      </w:r>
      <w:proofErr w:type="spellStart"/>
      <w:r w:rsidRPr="00042A6C">
        <w:rPr>
          <w:lang w:val="nl-NL"/>
        </w:rPr>
        <w:t>Siggi’s</w:t>
      </w:r>
      <w:proofErr w:type="spellEnd"/>
      <w:r w:rsidRPr="00042A6C">
        <w:rPr>
          <w:lang w:val="nl-NL"/>
        </w:rPr>
        <w:t xml:space="preserve"> NPC </w:t>
      </w:r>
      <w:proofErr w:type="spellStart"/>
      <w:r w:rsidR="006618CC">
        <w:rPr>
          <w:lang w:val="nl-NL"/>
        </w:rPr>
        <w:t>Regional</w:t>
      </w:r>
      <w:proofErr w:type="spellEnd"/>
      <w:r w:rsidRPr="00042A6C">
        <w:rPr>
          <w:lang w:val="nl-NL"/>
        </w:rPr>
        <w:t xml:space="preserve"> 2027</w:t>
      </w:r>
    </w:p>
    <w:p w14:paraId="28F196F2" w14:textId="48690AF9" w:rsidR="001770D0" w:rsidRPr="00042A6C" w:rsidRDefault="00000000">
      <w:pPr>
        <w:rPr>
          <w:lang w:val="nl-NL"/>
        </w:rPr>
      </w:pPr>
      <w:r w:rsidRPr="00042A6C">
        <w:rPr>
          <w:b/>
          <w:lang w:val="nl-NL"/>
        </w:rPr>
        <w:t>1 en 2 mei 2027  |  Breepark in Breda</w:t>
      </w:r>
    </w:p>
    <w:p w14:paraId="57388C04" w14:textId="77777777" w:rsidR="001770D0" w:rsidRPr="00042A6C" w:rsidRDefault="00000000">
      <w:pPr>
        <w:rPr>
          <w:lang w:val="nl-NL"/>
        </w:rPr>
      </w:pPr>
      <w:r w:rsidRPr="00042A6C">
        <w:rPr>
          <w:lang w:val="nl-NL"/>
        </w:rPr>
        <w:t>Beste sportvriend,</w:t>
      </w:r>
    </w:p>
    <w:p w14:paraId="2F6067F2" w14:textId="23B11A7D" w:rsidR="001770D0" w:rsidRPr="00042A6C" w:rsidRDefault="00000000">
      <w:pPr>
        <w:rPr>
          <w:lang w:val="nl-NL"/>
        </w:rPr>
      </w:pPr>
      <w:r w:rsidRPr="00042A6C">
        <w:rPr>
          <w:b/>
          <w:lang w:val="nl-NL"/>
        </w:rPr>
        <w:t>Samen maken we de derde editie nóg sterker!</w:t>
      </w:r>
    </w:p>
    <w:p w14:paraId="2080775F" w14:textId="02B16DF1" w:rsidR="001770D0" w:rsidRPr="00042A6C" w:rsidRDefault="00000000">
      <w:pPr>
        <w:rPr>
          <w:lang w:val="nl-NL"/>
        </w:rPr>
      </w:pPr>
      <w:r w:rsidRPr="00042A6C">
        <w:rPr>
          <w:lang w:val="nl-NL"/>
        </w:rPr>
        <w:t>Op 1 en 2 mei 2027 verwelkomen wij u in Breepark in Breda voor de derde editie van ons evenement</w:t>
      </w:r>
      <w:r w:rsidR="00042A6C">
        <w:rPr>
          <w:lang w:val="nl-NL"/>
        </w:rPr>
        <w:t>.</w:t>
      </w:r>
    </w:p>
    <w:p w14:paraId="7B7043C9" w14:textId="46E4E398" w:rsidR="001770D0" w:rsidRPr="00042A6C" w:rsidRDefault="00000000">
      <w:pPr>
        <w:rPr>
          <w:lang w:val="nl-NL"/>
        </w:rPr>
      </w:pPr>
      <w:r w:rsidRPr="00042A6C">
        <w:rPr>
          <w:lang w:val="nl-NL"/>
        </w:rPr>
        <w:t xml:space="preserve">Twee dagen lang brengen we atleten, merken, ondernemers en sportliefhebbers samen. Fitness, gezondheid, kracht, </w:t>
      </w:r>
      <w:proofErr w:type="spellStart"/>
      <w:r w:rsidRPr="00042A6C">
        <w:rPr>
          <w:lang w:val="nl-NL"/>
        </w:rPr>
        <w:t>wellness</w:t>
      </w:r>
      <w:proofErr w:type="spellEnd"/>
      <w:r w:rsidRPr="00042A6C">
        <w:rPr>
          <w:lang w:val="nl-NL"/>
        </w:rPr>
        <w:t>, voeding en lifestyle komen samen onder één dak, in een energieke omgeving waar sport en ontmoeting centraal staan.</w:t>
      </w:r>
    </w:p>
    <w:p w14:paraId="1CE572C7" w14:textId="34B97478" w:rsidR="001770D0" w:rsidRPr="00042A6C" w:rsidRDefault="00000000">
      <w:pPr>
        <w:rPr>
          <w:lang w:val="nl-NL"/>
        </w:rPr>
      </w:pPr>
      <w:r w:rsidRPr="00042A6C">
        <w:rPr>
          <w:lang w:val="nl-NL"/>
        </w:rPr>
        <w:t xml:space="preserve">Om ook deze editie tot een succes te maken, kunnen wij uw steun goed gebruiken. Als partner draagt u bij aan een onvergetelijke ervaring voor onze bezoekers én geeft u uw bedrijf waardevolle zichtbaarheid binnen de sport- en </w:t>
      </w:r>
      <w:proofErr w:type="spellStart"/>
      <w:r w:rsidRPr="00042A6C">
        <w:rPr>
          <w:lang w:val="nl-NL"/>
        </w:rPr>
        <w:t>lifestylecommunity</w:t>
      </w:r>
      <w:proofErr w:type="spellEnd"/>
      <w:r w:rsidRPr="00042A6C">
        <w:rPr>
          <w:lang w:val="nl-NL"/>
        </w:rPr>
        <w:t>.</w:t>
      </w:r>
    </w:p>
    <w:p w14:paraId="29710068" w14:textId="77777777" w:rsidR="001770D0" w:rsidRPr="00042A6C" w:rsidRDefault="00000000">
      <w:pPr>
        <w:pStyle w:val="Kop1"/>
        <w:rPr>
          <w:lang w:val="nl-NL"/>
        </w:rPr>
      </w:pPr>
      <w:r w:rsidRPr="00042A6C">
        <w:rPr>
          <w:lang w:val="nl-NL"/>
        </w:rPr>
        <w:t>Geen stand maar wél betrokken</w:t>
      </w:r>
    </w:p>
    <w:p w14:paraId="6F294D86" w14:textId="63CB7B01" w:rsidR="001770D0" w:rsidRPr="00042A6C" w:rsidRDefault="00000000">
      <w:pPr>
        <w:rPr>
          <w:lang w:val="nl-NL"/>
        </w:rPr>
      </w:pPr>
      <w:r w:rsidRPr="00042A6C">
        <w:rPr>
          <w:lang w:val="nl-NL"/>
        </w:rPr>
        <w:t>Ook zonder een eigen stand kunt u ons evenement ondersteunen. Kies uit onze vier sponsorpakketten het pakket dat bij uw bedrijf past.</w:t>
      </w:r>
    </w:p>
    <w:p w14:paraId="1E901347" w14:textId="39E02BB8" w:rsidR="001770D0" w:rsidRPr="00042A6C" w:rsidRDefault="00000000">
      <w:pPr>
        <w:rPr>
          <w:lang w:val="nl-NL"/>
        </w:rPr>
      </w:pPr>
      <w:r w:rsidRPr="00042A6C">
        <w:rPr>
          <w:b/>
          <w:lang w:val="nl-NL"/>
        </w:rPr>
        <w:t>Alle pakketten bieden promotie gedurende het jaar via Facebook en Instagram en vermelding van uw logo op onze website.</w:t>
      </w:r>
    </w:p>
    <w:p w14:paraId="18405F8A" w14:textId="77777777" w:rsidR="001770D0" w:rsidRPr="00042A6C" w:rsidRDefault="00000000">
      <w:pPr>
        <w:rPr>
          <w:lang w:val="nl-NL"/>
        </w:rPr>
      </w:pPr>
      <w:r w:rsidRPr="00042A6C">
        <w:rPr>
          <w:lang w:val="nl-NL"/>
        </w:rPr>
        <w:t>Op de volgende pagina vindt u alle sponsorpakketten en de bijbehorende voordelen.</w:t>
      </w:r>
    </w:p>
    <w:p w14:paraId="789DF550" w14:textId="650F8C75" w:rsidR="001770D0" w:rsidRPr="00042A6C" w:rsidRDefault="00042A6C">
      <w:pPr>
        <w:rPr>
          <w:lang w:val="nl-NL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038023AF" wp14:editId="62CC4C80">
            <wp:simplePos x="0" y="0"/>
            <wp:positionH relativeFrom="column">
              <wp:posOffset>2682240</wp:posOffset>
            </wp:positionH>
            <wp:positionV relativeFrom="paragraph">
              <wp:posOffset>1026160</wp:posOffset>
            </wp:positionV>
            <wp:extent cx="938530" cy="625497"/>
            <wp:effectExtent l="0" t="0" r="0" b="3175"/>
            <wp:wrapNone/>
            <wp:docPr id="1577736167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5899400" name="Afbeelding 180589940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38530" cy="6254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2A6C">
        <w:rPr>
          <w:lang w:val="nl-NL"/>
        </w:rPr>
        <w:br w:type="page"/>
      </w:r>
    </w:p>
    <w:p w14:paraId="5ED90981" w14:textId="4A6A02EA" w:rsidR="001770D0" w:rsidRPr="00042A6C" w:rsidRDefault="00000000">
      <w:pPr>
        <w:pStyle w:val="Titel"/>
        <w:rPr>
          <w:lang w:val="nl-NL"/>
        </w:rPr>
      </w:pPr>
      <w:r w:rsidRPr="00042A6C">
        <w:rPr>
          <w:lang w:val="nl-NL"/>
        </w:rPr>
        <w:lastRenderedPageBreak/>
        <w:t>Onze sponsorpakketten</w:t>
      </w:r>
    </w:p>
    <w:p w14:paraId="474E750D" w14:textId="77777777" w:rsidR="001770D0" w:rsidRPr="00042A6C" w:rsidRDefault="00000000">
      <w:pPr>
        <w:pStyle w:val="Kop2"/>
        <w:rPr>
          <w:lang w:val="nl-NL"/>
        </w:rPr>
      </w:pPr>
      <w:r w:rsidRPr="00042A6C">
        <w:rPr>
          <w:lang w:val="nl-NL"/>
        </w:rPr>
        <w:t>BRONS   € 500 excl. btw</w:t>
      </w:r>
    </w:p>
    <w:p w14:paraId="27ED4FBD" w14:textId="77777777" w:rsidR="001770D0" w:rsidRPr="00042A6C" w:rsidRDefault="00000000">
      <w:pPr>
        <w:pStyle w:val="Lijstopsomteken"/>
        <w:spacing w:after="40" w:line="240" w:lineRule="auto"/>
        <w:rPr>
          <w:lang w:val="nl-NL"/>
        </w:rPr>
      </w:pPr>
      <w:r w:rsidRPr="00042A6C">
        <w:rPr>
          <w:lang w:val="nl-NL"/>
        </w:rPr>
        <w:t>Promotie gedurende het jaar via Facebook en Instagram.</w:t>
      </w:r>
    </w:p>
    <w:p w14:paraId="5618BB3C" w14:textId="7105600C" w:rsidR="001770D0" w:rsidRPr="00042A6C" w:rsidRDefault="00000000">
      <w:pPr>
        <w:pStyle w:val="Lijstopsomteken"/>
        <w:spacing w:after="40" w:line="240" w:lineRule="auto"/>
        <w:rPr>
          <w:lang w:val="nl-NL"/>
        </w:rPr>
      </w:pPr>
      <w:r w:rsidRPr="00042A6C">
        <w:rPr>
          <w:lang w:val="nl-NL"/>
        </w:rPr>
        <w:t>Vermelding van uw logo op onze website.</w:t>
      </w:r>
    </w:p>
    <w:p w14:paraId="0DD3C1C5" w14:textId="34B68C75" w:rsidR="001770D0" w:rsidRPr="00042A6C" w:rsidRDefault="00000000">
      <w:pPr>
        <w:pStyle w:val="Lijstopsomteken"/>
        <w:spacing w:after="40" w:line="240" w:lineRule="auto"/>
        <w:rPr>
          <w:lang w:val="nl-NL"/>
        </w:rPr>
      </w:pPr>
      <w:r w:rsidRPr="00042A6C">
        <w:rPr>
          <w:lang w:val="nl-NL"/>
        </w:rPr>
        <w:t>Weergave van uw logo op twee schermen in de zaal.</w:t>
      </w:r>
    </w:p>
    <w:p w14:paraId="0FBD554C" w14:textId="4303D77A" w:rsidR="001770D0" w:rsidRDefault="00000000">
      <w:pPr>
        <w:pStyle w:val="Lijstopsomteken"/>
        <w:spacing w:after="40" w:line="240" w:lineRule="auto"/>
      </w:pPr>
      <w:r>
        <w:t xml:space="preserve">Twee gratis </w:t>
      </w:r>
      <w:proofErr w:type="spellStart"/>
      <w:r>
        <w:t>entreetickets</w:t>
      </w:r>
      <w:proofErr w:type="spellEnd"/>
      <w:r>
        <w:t>.</w:t>
      </w:r>
    </w:p>
    <w:p w14:paraId="6D7DF6F5" w14:textId="1695DA45" w:rsidR="001770D0" w:rsidRDefault="00000000">
      <w:pPr>
        <w:pStyle w:val="Kop2"/>
      </w:pPr>
      <w:r>
        <w:t>SILVER   € 1.000 excl. btw</w:t>
      </w:r>
    </w:p>
    <w:p w14:paraId="1478179B" w14:textId="093447E6" w:rsidR="001770D0" w:rsidRPr="00042A6C" w:rsidRDefault="00000000">
      <w:pPr>
        <w:pStyle w:val="Lijstopsomteken"/>
        <w:spacing w:after="40" w:line="240" w:lineRule="auto"/>
        <w:rPr>
          <w:lang w:val="nl-NL"/>
        </w:rPr>
      </w:pPr>
      <w:r w:rsidRPr="00042A6C">
        <w:rPr>
          <w:lang w:val="nl-NL"/>
        </w:rPr>
        <w:t>Promotie gedurende het jaar via Facebook en Instagram.</w:t>
      </w:r>
    </w:p>
    <w:p w14:paraId="5E2E5FDC" w14:textId="6586CAFD" w:rsidR="001770D0" w:rsidRPr="00042A6C" w:rsidRDefault="00000000">
      <w:pPr>
        <w:pStyle w:val="Lijstopsomteken"/>
        <w:spacing w:after="40" w:line="240" w:lineRule="auto"/>
        <w:rPr>
          <w:lang w:val="nl-NL"/>
        </w:rPr>
      </w:pPr>
      <w:r w:rsidRPr="00042A6C">
        <w:rPr>
          <w:lang w:val="nl-NL"/>
        </w:rPr>
        <w:t>Vermelding van uw logo op onze website.</w:t>
      </w:r>
    </w:p>
    <w:p w14:paraId="342070DC" w14:textId="7AEB4C74" w:rsidR="001770D0" w:rsidRPr="00042A6C" w:rsidRDefault="00000000">
      <w:pPr>
        <w:pStyle w:val="Lijstopsomteken"/>
        <w:spacing w:after="40" w:line="240" w:lineRule="auto"/>
        <w:rPr>
          <w:lang w:val="nl-NL"/>
        </w:rPr>
      </w:pPr>
      <w:r w:rsidRPr="00042A6C">
        <w:rPr>
          <w:lang w:val="nl-NL"/>
        </w:rPr>
        <w:t xml:space="preserve">Uw logo op alle </w:t>
      </w:r>
      <w:proofErr w:type="spellStart"/>
      <w:r w:rsidRPr="00042A6C">
        <w:rPr>
          <w:lang w:val="nl-NL"/>
        </w:rPr>
        <w:t>ledschermen</w:t>
      </w:r>
      <w:proofErr w:type="spellEnd"/>
      <w:r w:rsidRPr="00042A6C">
        <w:rPr>
          <w:lang w:val="nl-NL"/>
        </w:rPr>
        <w:t xml:space="preserve"> op het podium en in de zaal.</w:t>
      </w:r>
    </w:p>
    <w:p w14:paraId="5B967E03" w14:textId="6409128A" w:rsidR="001770D0" w:rsidRPr="00042A6C" w:rsidRDefault="00000000">
      <w:pPr>
        <w:pStyle w:val="Lijstopsomteken"/>
        <w:spacing w:after="40" w:line="240" w:lineRule="auto"/>
        <w:rPr>
          <w:lang w:val="nl-NL"/>
        </w:rPr>
      </w:pPr>
      <w:r w:rsidRPr="00042A6C">
        <w:rPr>
          <w:lang w:val="nl-NL"/>
        </w:rPr>
        <w:t>Twee weekendtickets voor de expo, ter waarde van € 60 per ticket.</w:t>
      </w:r>
    </w:p>
    <w:p w14:paraId="376D2DFB" w14:textId="7A38833C" w:rsidR="001770D0" w:rsidRPr="00042A6C" w:rsidRDefault="00000000">
      <w:pPr>
        <w:pStyle w:val="Lijstopsomteken"/>
        <w:spacing w:after="40" w:line="240" w:lineRule="auto"/>
        <w:rPr>
          <w:lang w:val="nl-NL"/>
        </w:rPr>
      </w:pPr>
      <w:r w:rsidRPr="00042A6C">
        <w:rPr>
          <w:lang w:val="nl-NL"/>
        </w:rPr>
        <w:t>Twee plaatsen aan een VIP Gold-tafel op een dag naar keuze.</w:t>
      </w:r>
    </w:p>
    <w:p w14:paraId="7289B772" w14:textId="1C5A3C0D" w:rsidR="001770D0" w:rsidRDefault="00000000">
      <w:pPr>
        <w:pStyle w:val="Kop2"/>
      </w:pPr>
      <w:r>
        <w:t>GOLD   € 2.500 excl. btw</w:t>
      </w:r>
    </w:p>
    <w:p w14:paraId="284F7246" w14:textId="5BC5CEA3" w:rsidR="001770D0" w:rsidRPr="00042A6C" w:rsidRDefault="00000000">
      <w:pPr>
        <w:pStyle w:val="Lijstopsomteken"/>
        <w:spacing w:after="40" w:line="240" w:lineRule="auto"/>
        <w:rPr>
          <w:lang w:val="nl-NL"/>
        </w:rPr>
      </w:pPr>
      <w:r w:rsidRPr="00042A6C">
        <w:rPr>
          <w:lang w:val="nl-NL"/>
        </w:rPr>
        <w:t>Promotie gedurende het jaar via Facebook en Instagram.</w:t>
      </w:r>
    </w:p>
    <w:p w14:paraId="0ADFA39A" w14:textId="3E060A40" w:rsidR="001770D0" w:rsidRPr="00042A6C" w:rsidRDefault="00000000">
      <w:pPr>
        <w:pStyle w:val="Lijstopsomteken"/>
        <w:spacing w:after="40" w:line="240" w:lineRule="auto"/>
        <w:rPr>
          <w:lang w:val="nl-NL"/>
        </w:rPr>
      </w:pPr>
      <w:r w:rsidRPr="00042A6C">
        <w:rPr>
          <w:lang w:val="nl-NL"/>
        </w:rPr>
        <w:t>Vermelding van uw logo op onze website.</w:t>
      </w:r>
    </w:p>
    <w:p w14:paraId="4093F8F4" w14:textId="77777777" w:rsidR="001770D0" w:rsidRPr="00042A6C" w:rsidRDefault="00000000">
      <w:pPr>
        <w:pStyle w:val="Lijstopsomteken"/>
        <w:spacing w:after="40" w:line="240" w:lineRule="auto"/>
        <w:rPr>
          <w:lang w:val="nl-NL"/>
        </w:rPr>
      </w:pPr>
      <w:r w:rsidRPr="00042A6C">
        <w:rPr>
          <w:lang w:val="nl-NL"/>
        </w:rPr>
        <w:t xml:space="preserve">Uw logo op alle </w:t>
      </w:r>
      <w:proofErr w:type="spellStart"/>
      <w:r w:rsidRPr="00042A6C">
        <w:rPr>
          <w:lang w:val="nl-NL"/>
        </w:rPr>
        <w:t>ledschermen</w:t>
      </w:r>
      <w:proofErr w:type="spellEnd"/>
      <w:r w:rsidRPr="00042A6C">
        <w:rPr>
          <w:lang w:val="nl-NL"/>
        </w:rPr>
        <w:t xml:space="preserve"> op het podium en in de zaal.</w:t>
      </w:r>
    </w:p>
    <w:p w14:paraId="07C2705A" w14:textId="77777777" w:rsidR="001770D0" w:rsidRPr="00042A6C" w:rsidRDefault="00000000">
      <w:pPr>
        <w:pStyle w:val="Lijstopsomteken"/>
        <w:spacing w:after="40" w:line="240" w:lineRule="auto"/>
        <w:rPr>
          <w:lang w:val="nl-NL"/>
        </w:rPr>
      </w:pPr>
      <w:r w:rsidRPr="00042A6C">
        <w:rPr>
          <w:lang w:val="nl-NL"/>
        </w:rPr>
        <w:t>Vier weekendtickets voor de expo, ter waarde van € 60 per ticket.</w:t>
      </w:r>
    </w:p>
    <w:p w14:paraId="495CD9A7" w14:textId="77777777" w:rsidR="001770D0" w:rsidRPr="00042A6C" w:rsidRDefault="00000000">
      <w:pPr>
        <w:pStyle w:val="Lijstopsomteken"/>
        <w:spacing w:after="40" w:line="240" w:lineRule="auto"/>
        <w:rPr>
          <w:lang w:val="nl-NL"/>
        </w:rPr>
      </w:pPr>
      <w:r w:rsidRPr="00042A6C">
        <w:rPr>
          <w:lang w:val="nl-NL"/>
        </w:rPr>
        <w:t>Vier plaatsen aan een VIP Gold-tafel op een dag naar keuze.</w:t>
      </w:r>
    </w:p>
    <w:p w14:paraId="0A16B4E9" w14:textId="671F9B57" w:rsidR="001770D0" w:rsidRPr="00042A6C" w:rsidRDefault="00000000">
      <w:pPr>
        <w:pStyle w:val="Lijstopsomteken"/>
        <w:spacing w:after="40" w:line="240" w:lineRule="auto"/>
        <w:rPr>
          <w:lang w:val="nl-NL"/>
        </w:rPr>
      </w:pPr>
      <w:r w:rsidRPr="00042A6C">
        <w:rPr>
          <w:lang w:val="nl-NL"/>
        </w:rPr>
        <w:t>Vermelding op de podiumbalk, voor extra zichtbaarheid op foto’s, video’s en livestreambeelden van de atleten.</w:t>
      </w:r>
    </w:p>
    <w:p w14:paraId="24270EEF" w14:textId="18B9DEBD" w:rsidR="001770D0" w:rsidRDefault="00000000">
      <w:pPr>
        <w:pStyle w:val="Kop2"/>
      </w:pPr>
      <w:r>
        <w:t>GOLD PLUS   € 3.</w:t>
      </w:r>
      <w:r w:rsidR="00042A6C">
        <w:t>750</w:t>
      </w:r>
    </w:p>
    <w:p w14:paraId="0974BAD3" w14:textId="77777777" w:rsidR="001770D0" w:rsidRPr="00042A6C" w:rsidRDefault="00000000">
      <w:pPr>
        <w:pStyle w:val="Lijstopsomteken"/>
        <w:spacing w:after="40" w:line="240" w:lineRule="auto"/>
        <w:rPr>
          <w:lang w:val="nl-NL"/>
        </w:rPr>
      </w:pPr>
      <w:r w:rsidRPr="00042A6C">
        <w:rPr>
          <w:lang w:val="nl-NL"/>
        </w:rPr>
        <w:t>Promotie gedurende het jaar via Facebook en Instagram.</w:t>
      </w:r>
    </w:p>
    <w:p w14:paraId="5E2FD584" w14:textId="77777777" w:rsidR="001770D0" w:rsidRPr="00042A6C" w:rsidRDefault="00000000">
      <w:pPr>
        <w:pStyle w:val="Lijstopsomteken"/>
        <w:spacing w:after="40" w:line="240" w:lineRule="auto"/>
        <w:rPr>
          <w:lang w:val="nl-NL"/>
        </w:rPr>
      </w:pPr>
      <w:r w:rsidRPr="00042A6C">
        <w:rPr>
          <w:lang w:val="nl-NL"/>
        </w:rPr>
        <w:t>Vermelding van uw logo op onze website.</w:t>
      </w:r>
    </w:p>
    <w:p w14:paraId="6C1F10E0" w14:textId="77777777" w:rsidR="001770D0" w:rsidRPr="00042A6C" w:rsidRDefault="00000000">
      <w:pPr>
        <w:pStyle w:val="Lijstopsomteken"/>
        <w:spacing w:after="40" w:line="240" w:lineRule="auto"/>
        <w:rPr>
          <w:lang w:val="nl-NL"/>
        </w:rPr>
      </w:pPr>
      <w:r w:rsidRPr="00042A6C">
        <w:rPr>
          <w:lang w:val="nl-NL"/>
        </w:rPr>
        <w:t xml:space="preserve">Uw logo op alle </w:t>
      </w:r>
      <w:proofErr w:type="spellStart"/>
      <w:r w:rsidRPr="00042A6C">
        <w:rPr>
          <w:lang w:val="nl-NL"/>
        </w:rPr>
        <w:t>ledschermen</w:t>
      </w:r>
      <w:proofErr w:type="spellEnd"/>
      <w:r w:rsidRPr="00042A6C">
        <w:rPr>
          <w:lang w:val="nl-NL"/>
        </w:rPr>
        <w:t xml:space="preserve"> op het podium en in de zaal.</w:t>
      </w:r>
    </w:p>
    <w:p w14:paraId="7ED75F1A" w14:textId="77777777" w:rsidR="001770D0" w:rsidRPr="00042A6C" w:rsidRDefault="00000000">
      <w:pPr>
        <w:pStyle w:val="Lijstopsomteken"/>
        <w:spacing w:after="40" w:line="240" w:lineRule="auto"/>
        <w:rPr>
          <w:lang w:val="nl-NL"/>
        </w:rPr>
      </w:pPr>
      <w:r w:rsidRPr="00042A6C">
        <w:rPr>
          <w:lang w:val="nl-NL"/>
        </w:rPr>
        <w:t>Zes weekendtickets voor de expo, ter waarde van € 60 per ticket.</w:t>
      </w:r>
    </w:p>
    <w:p w14:paraId="276860DB" w14:textId="01749AD2" w:rsidR="001770D0" w:rsidRPr="00042A6C" w:rsidRDefault="00000000" w:rsidP="00042A6C">
      <w:pPr>
        <w:pStyle w:val="Lijstopsomteken"/>
        <w:spacing w:after="40" w:line="360" w:lineRule="auto"/>
        <w:rPr>
          <w:lang w:val="nl-NL"/>
        </w:rPr>
      </w:pPr>
      <w:r w:rsidRPr="00042A6C">
        <w:rPr>
          <w:lang w:val="nl-NL"/>
        </w:rPr>
        <w:t>Acht plaatsen aan een VIP Gold-tafel op een dag naar keuze.</w:t>
      </w:r>
      <w:r w:rsidR="00042A6C">
        <w:rPr>
          <w:lang w:val="nl-NL"/>
        </w:rPr>
        <w:t>(  twv € 800.-</w:t>
      </w:r>
    </w:p>
    <w:p w14:paraId="6A588780" w14:textId="77777777" w:rsidR="001770D0" w:rsidRPr="00042A6C" w:rsidRDefault="00000000">
      <w:pPr>
        <w:pStyle w:val="Lijstopsomteken"/>
        <w:spacing w:after="40" w:line="240" w:lineRule="auto"/>
        <w:rPr>
          <w:lang w:val="nl-NL"/>
        </w:rPr>
      </w:pPr>
      <w:r w:rsidRPr="00042A6C">
        <w:rPr>
          <w:lang w:val="nl-NL"/>
        </w:rPr>
        <w:t>Vermelding op de podiumbalk, voor extra zichtbaarheid op foto’s, video’s en livestreambeelden van de atleten.</w:t>
      </w:r>
    </w:p>
    <w:p w14:paraId="61532073" w14:textId="77777777" w:rsidR="001770D0" w:rsidRPr="00042A6C" w:rsidRDefault="00000000">
      <w:pPr>
        <w:rPr>
          <w:lang w:val="nl-NL"/>
        </w:rPr>
      </w:pPr>
      <w:r w:rsidRPr="00042A6C">
        <w:rPr>
          <w:lang w:val="nl-NL"/>
        </w:rPr>
        <w:t>Wilt u partner worden of meer weten? Neem gerust contact met ons op. Wij bespreken graag welk pakket bij uw bedrijf past. Hartelijk dank voor uw sportieve steun!</w:t>
      </w:r>
    </w:p>
    <w:p w14:paraId="4D10CBA5" w14:textId="72933B2E" w:rsidR="001770D0" w:rsidRPr="00042A6C" w:rsidRDefault="00000000">
      <w:pPr>
        <w:rPr>
          <w:lang w:val="nl-NL"/>
        </w:rPr>
      </w:pPr>
      <w:r w:rsidRPr="00042A6C">
        <w:rPr>
          <w:lang w:val="nl-NL"/>
        </w:rPr>
        <w:t>Sportieve groet,</w:t>
      </w:r>
      <w:r w:rsidRPr="00042A6C">
        <w:rPr>
          <w:lang w:val="nl-NL"/>
        </w:rPr>
        <w:br/>
      </w:r>
      <w:proofErr w:type="spellStart"/>
      <w:r w:rsidRPr="00042A6C">
        <w:rPr>
          <w:lang w:val="nl-NL"/>
        </w:rPr>
        <w:t>Siggi</w:t>
      </w:r>
      <w:proofErr w:type="spellEnd"/>
      <w:r w:rsidRPr="00042A6C">
        <w:rPr>
          <w:lang w:val="nl-NL"/>
        </w:rPr>
        <w:t xml:space="preserve"> Segers &amp; Peter van Drunen</w:t>
      </w:r>
      <w:r w:rsidRPr="00042A6C">
        <w:rPr>
          <w:lang w:val="nl-NL"/>
        </w:rPr>
        <w:br/>
        <w:t xml:space="preserve">Organisatoren </w:t>
      </w:r>
      <w:proofErr w:type="spellStart"/>
      <w:r w:rsidRPr="00042A6C">
        <w:rPr>
          <w:lang w:val="nl-NL"/>
        </w:rPr>
        <w:t>Siggi</w:t>
      </w:r>
      <w:r w:rsidR="006A10C1">
        <w:rPr>
          <w:lang w:val="nl-NL"/>
        </w:rPr>
        <w:t>’</w:t>
      </w:r>
      <w:r w:rsidRPr="00042A6C">
        <w:rPr>
          <w:lang w:val="nl-NL"/>
        </w:rPr>
        <w:t>s</w:t>
      </w:r>
      <w:proofErr w:type="spellEnd"/>
      <w:r w:rsidRPr="00042A6C">
        <w:rPr>
          <w:lang w:val="nl-NL"/>
        </w:rPr>
        <w:t xml:space="preserve"> NPC</w:t>
      </w:r>
      <w:r w:rsidR="006A10C1">
        <w:rPr>
          <w:lang w:val="nl-NL"/>
        </w:rPr>
        <w:t xml:space="preserve">  </w:t>
      </w:r>
      <w:proofErr w:type="spellStart"/>
      <w:r w:rsidR="006A10C1">
        <w:rPr>
          <w:lang w:val="nl-NL"/>
        </w:rPr>
        <w:t>Regional</w:t>
      </w:r>
      <w:proofErr w:type="spellEnd"/>
      <w:r w:rsidR="006A10C1">
        <w:rPr>
          <w:lang w:val="nl-NL"/>
        </w:rPr>
        <w:t xml:space="preserve"> &amp; </w:t>
      </w:r>
      <w:proofErr w:type="spellStart"/>
      <w:r w:rsidR="006A10C1">
        <w:rPr>
          <w:lang w:val="nl-NL"/>
        </w:rPr>
        <w:t>Athletix</w:t>
      </w:r>
      <w:proofErr w:type="spellEnd"/>
      <w:r w:rsidRPr="00042A6C">
        <w:rPr>
          <w:lang w:val="nl-NL"/>
        </w:rPr>
        <w:t xml:space="preserve"> Fit Expo</w:t>
      </w:r>
    </w:p>
    <w:p w14:paraId="18615A0D" w14:textId="4395FAD3" w:rsidR="001770D0" w:rsidRDefault="00042A6C">
      <w:pPr>
        <w:spacing w:after="0"/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12538DFE" wp14:editId="7E2ABB14">
            <wp:simplePos x="0" y="0"/>
            <wp:positionH relativeFrom="column">
              <wp:posOffset>2682240</wp:posOffset>
            </wp:positionH>
            <wp:positionV relativeFrom="paragraph">
              <wp:posOffset>1026795</wp:posOffset>
            </wp:positionV>
            <wp:extent cx="938530" cy="625497"/>
            <wp:effectExtent l="0" t="0" r="0" b="3175"/>
            <wp:wrapNone/>
            <wp:docPr id="1255407820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5899400" name="Afbeelding 180589940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38530" cy="6254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18"/>
        </w:rPr>
        <w:t>siggi.npc@gmail.com  |  0495/777.775 / +31 6 22977619</w:t>
      </w:r>
      <w:r>
        <w:rPr>
          <w:sz w:val="18"/>
        </w:rPr>
        <w:br/>
        <w:t>Facebook: Siggi’s Regional &amp; Fit Expo  |  Instagram: @siggi.npc</w:t>
      </w:r>
      <w:r>
        <w:rPr>
          <w:sz w:val="18"/>
        </w:rPr>
        <w:br/>
        <w:t>www.siggi-npc.com</w:t>
      </w:r>
    </w:p>
    <w:sectPr w:rsidR="001770D0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3098900">
    <w:abstractNumId w:val="8"/>
  </w:num>
  <w:num w:numId="2" w16cid:durableId="1989936438">
    <w:abstractNumId w:val="6"/>
  </w:num>
  <w:num w:numId="3" w16cid:durableId="2076976785">
    <w:abstractNumId w:val="5"/>
  </w:num>
  <w:num w:numId="4" w16cid:durableId="1085804007">
    <w:abstractNumId w:val="4"/>
  </w:num>
  <w:num w:numId="5" w16cid:durableId="247035519">
    <w:abstractNumId w:val="7"/>
  </w:num>
  <w:num w:numId="6" w16cid:durableId="1993410578">
    <w:abstractNumId w:val="3"/>
  </w:num>
  <w:num w:numId="7" w16cid:durableId="674378891">
    <w:abstractNumId w:val="2"/>
  </w:num>
  <w:num w:numId="8" w16cid:durableId="196546774">
    <w:abstractNumId w:val="1"/>
  </w:num>
  <w:num w:numId="9" w16cid:durableId="685596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2A6C"/>
    <w:rsid w:val="0006063C"/>
    <w:rsid w:val="0015074B"/>
    <w:rsid w:val="001770D0"/>
    <w:rsid w:val="0029639D"/>
    <w:rsid w:val="00326F90"/>
    <w:rsid w:val="006618CC"/>
    <w:rsid w:val="006A10C1"/>
    <w:rsid w:val="008D3C2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5B6CC3"/>
  <w14:defaultImageDpi w14:val="300"/>
  <w15:docId w15:val="{60D5B4CF-7BFD-4556-97A0-A4AE3917A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  <w:pPr>
      <w:spacing w:after="140" w:line="254" w:lineRule="auto"/>
    </w:pPr>
    <w:rPr>
      <w:rFonts w:ascii="Calibri" w:hAnsi="Calibri"/>
      <w:color w:val="000000"/>
    </w:rPr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46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445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 v drunen</cp:lastModifiedBy>
  <cp:revision>4</cp:revision>
  <dcterms:created xsi:type="dcterms:W3CDTF">2026-10-20T09:13:00Z</dcterms:created>
  <dcterms:modified xsi:type="dcterms:W3CDTF">2026-10-20T09:23:00Z</dcterms:modified>
  <cp:category/>
</cp:coreProperties>
</file>